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F75B5"/>
          <w:sz w:val="20"/>
        </w:rPr>
        <w:t>PLACEMENT ACCELERATOR</w:t>
      </w:r>
    </w:p>
    <w:p>
      <w:pPr>
        <w:pStyle w:val="Title"/>
        <w:jc w:val="center"/>
      </w:pPr>
      <w:r>
        <w:t>Cloud, DevOps &amp; AI Automation</w:t>
      </w:r>
    </w:p>
    <w:p>
      <w:pPr>
        <w:jc w:val="center"/>
      </w:pPr>
      <w:r>
        <w:rPr>
          <w:i/>
          <w:color w:val="555555"/>
          <w:sz w:val="22"/>
        </w:rPr>
        <w:t>Deploy real applications, automate delivery pipelines, understand modern infrastructure and use AI safely as an operations accelerator.</w:t>
      </w:r>
    </w:p>
    <w:p>
      <w:pPr>
        <w:jc w:val="center"/>
      </w:pPr>
      <w:r>
        <w:rPr>
          <w:b/>
          <w:color w:val="17365D"/>
          <w:sz w:val="20"/>
        </w:rPr>
        <w:t>Standard Duration: 40 Hours  |  Extended Industry Track: Up to 100 Hours</w:t>
      </w:r>
    </w:p>
    <w:p/>
    <w:p>
      <w:pPr>
        <w:pStyle w:val="Heading1"/>
      </w:pPr>
      <w:r>
        <w:t>Program Overview</w:t>
      </w:r>
    </w:p>
    <w:p>
      <w:r>
        <w:rPr>
          <w:b/>
        </w:rPr>
        <w:t xml:space="preserve">Target Audience: </w:t>
      </w:r>
      <w:r>
        <w:t>2nd/3rd-year B.Tech students interested in cloud, DevOps, platform engineering or deployment-oriented software roles.</w:t>
      </w:r>
    </w:p>
    <w:p>
      <w:r>
        <w:rPr>
          <w:b/>
        </w:rPr>
        <w:t xml:space="preserve">Program Objective: </w:t>
      </w:r>
      <w:r>
        <w:t>Build practical Linux, Git, AWS, Docker, CI/CD, Infrastructure-as-Code and Kubernetes foundations, then apply AI to configuration, troubleshooting and automation workflows.</w:t>
      </w:r>
    </w:p>
    <w:p>
      <w:r>
        <w:rPr>
          <w:b/>
        </w:rPr>
        <w:t xml:space="preserve">Core Technology Stack: </w:t>
      </w:r>
      <w:r>
        <w:t>Linux + Git/GitHub + AWS + Docker + GitHub Actions + Terraform + Kubernetes + GenAI Automation</w:t>
      </w:r>
    </w:p>
    <w:p>
      <w:pPr>
        <w:pStyle w:val="Heading2"/>
      </w:pPr>
      <w:r>
        <w:t>Learning Outcomes</w:t>
      </w:r>
    </w:p>
    <w:p>
      <w:pPr>
        <w:pStyle w:val="ListBullet"/>
      </w:pPr>
      <w:r>
        <w:t>Operate Linux environments and explain basic networking needed for deployment.</w:t>
      </w:r>
    </w:p>
    <w:p>
      <w:pPr>
        <w:pStyle w:val="ListBullet"/>
      </w:pPr>
      <w:r>
        <w:t>Use Git/GitHub professionally and build a CI/CD workflow.</w:t>
      </w:r>
    </w:p>
    <w:p>
      <w:pPr>
        <w:pStyle w:val="ListBullet"/>
      </w:pPr>
      <w:r>
        <w:t>Deploy applications on AWS and containerize them with Docker.</w:t>
      </w:r>
    </w:p>
    <w:p>
      <w:pPr>
        <w:pStyle w:val="ListBullet"/>
      </w:pPr>
      <w:r>
        <w:t>Understand Terraform and Kubernetes foundations.</w:t>
      </w:r>
    </w:p>
    <w:p>
      <w:pPr>
        <w:pStyle w:val="ListBullet"/>
      </w:pPr>
      <w:r>
        <w:t>Use GenAI to assist with DevOps configuration and incident/log analysis while validating output.</w:t>
      </w:r>
    </w:p>
    <w:p>
      <w:pPr>
        <w:pStyle w:val="Heading1"/>
      </w:pPr>
      <w:r>
        <w:t>40-Hour Curriculum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Module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Key Coverage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Hours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Linux &amp; Networking Fundamentals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Linux filesystem, users, permissions, processes, SSH, packages, IP/DNS/ports/HTTP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Git &amp; GitHub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Version control, branches, merge, PRs, conflicts and collaboration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Cloud Fundamentals (AWS)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Regions/AZs, IAM, EC2, Security Groups, S3, RDS, VPC/ALB concepts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Docker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Images, containers, Dockerfile, volumes, networks and Compose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CI/CD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GitHub Actions, build/test/deploy, secrets and environments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Infrastructure &amp; Orchestration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Terraform intro, Kubernetes pods/deployments/services/config/secrets/scaling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Monitoring &amp; DevOps Practices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Logs, metrics, CloudWatch, Prometheus/Grafana concepts and alerts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1 - From Scratch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End-to-end DevOps deployment pipeline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6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2 - AI Automation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AI DevOps Assistant workflow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Placement Preparation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Linux/Git/Docker/AWS/CI-CD scenarios and viva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2</w:t>
            </w:r>
          </w:p>
        </w:tc>
      </w:tr>
    </w:tbl>
    <w:p>
      <w:pPr>
        <w:pStyle w:val="Heading1"/>
      </w:pPr>
      <w:r>
        <w:t>Detailed Module Content</w:t>
      </w:r>
    </w:p>
    <w:p>
      <w:pPr>
        <w:pStyle w:val="Heading2"/>
      </w:pPr>
      <w:r>
        <w:t>Module 1: Linux &amp; Networking Fundamentals - 4 Hours</w:t>
      </w:r>
    </w:p>
    <w:p>
      <w:pPr>
        <w:pStyle w:val="ListBullet"/>
      </w:pPr>
      <w:r>
        <w:t>Linux filesystem and essential shell commands.</w:t>
      </w:r>
    </w:p>
    <w:p>
      <w:pPr>
        <w:pStyle w:val="ListBullet"/>
      </w:pPr>
      <w:r>
        <w:t>Users, permissions, processes and package management.</w:t>
      </w:r>
    </w:p>
    <w:p>
      <w:pPr>
        <w:pStyle w:val="ListBullet"/>
      </w:pPr>
      <w:r>
        <w:t>SSH and remote-server workflow.</w:t>
      </w:r>
    </w:p>
    <w:p>
      <w:pPr>
        <w:pStyle w:val="ListBullet"/>
      </w:pPr>
      <w:r>
        <w:t>IP addresses, DNS, ports, HTTP/HTTPS and basic troubleshooting.</w:t>
      </w:r>
    </w:p>
    <w:p>
      <w:r>
        <w:rPr>
          <w:b/>
          <w:color w:val="2F75B5"/>
        </w:rPr>
        <w:t xml:space="preserve">Placement emphasis: </w:t>
      </w:r>
      <w:r>
        <w:t>Many DevOps interviews begin with Linux and networking scenarios before cloud-specific questions.</w:t>
      </w:r>
    </w:p>
    <w:p>
      <w:pPr>
        <w:pStyle w:val="Heading2"/>
      </w:pPr>
      <w:r>
        <w:t>Module 2: Git &amp; GitHub - 3 Hours</w:t>
      </w:r>
    </w:p>
    <w:p>
      <w:pPr>
        <w:pStyle w:val="ListBullet"/>
      </w:pPr>
      <w:r>
        <w:t>Version control mental model.</w:t>
      </w:r>
    </w:p>
    <w:p>
      <w:pPr>
        <w:pStyle w:val="ListBullet"/>
      </w:pPr>
      <w:r>
        <w:t>Repositories, commits, branches and merges.</w:t>
      </w:r>
    </w:p>
    <w:p>
      <w:pPr>
        <w:pStyle w:val="ListBullet"/>
      </w:pPr>
      <w:r>
        <w:t>Pull requests and collaboration.</w:t>
      </w:r>
    </w:p>
    <w:p>
      <w:pPr>
        <w:pStyle w:val="ListBullet"/>
      </w:pPr>
      <w:r>
        <w:t>Merge conflicts and recovery basics.</w:t>
      </w:r>
    </w:p>
    <w:p>
      <w:r>
        <w:rPr>
          <w:b/>
          <w:color w:val="2F75B5"/>
        </w:rPr>
        <w:t xml:space="preserve">Placement emphasis: </w:t>
      </w:r>
      <w:r>
        <w:t>Students should be comfortable with Git as a daily engineering tool rather than a command list.</w:t>
      </w:r>
    </w:p>
    <w:p>
      <w:pPr>
        <w:pStyle w:val="Heading2"/>
      </w:pPr>
      <w:r>
        <w:t>Module 3: Cloud Fundamentals (AWS) - 5 Hours</w:t>
      </w:r>
    </w:p>
    <w:p>
      <w:pPr>
        <w:pStyle w:val="ListBullet"/>
      </w:pPr>
      <w:r>
        <w:t>Cloud concepts, regions and availability zones.</w:t>
      </w:r>
    </w:p>
    <w:p>
      <w:pPr>
        <w:pStyle w:val="ListBullet"/>
      </w:pPr>
      <w:r>
        <w:t>IAM users/roles and least-privilege mindset.</w:t>
      </w:r>
    </w:p>
    <w:p>
      <w:pPr>
        <w:pStyle w:val="ListBullet"/>
      </w:pPr>
      <w:r>
        <w:t>EC2, Security Groups and SSH deployment.</w:t>
      </w:r>
    </w:p>
    <w:p>
      <w:pPr>
        <w:pStyle w:val="ListBullet"/>
      </w:pPr>
      <w:r>
        <w:t>S3 and RDS fundamentals.</w:t>
      </w:r>
    </w:p>
    <w:p>
      <w:pPr>
        <w:pStyle w:val="ListBullet"/>
      </w:pPr>
      <w:r>
        <w:t>VPC and load-balancer concepts.</w:t>
      </w:r>
    </w:p>
    <w:p>
      <w:r>
        <w:rPr>
          <w:b/>
          <w:color w:val="2F75B5"/>
        </w:rPr>
        <w:t xml:space="preserve">Placement emphasis: </w:t>
      </w:r>
      <w:r>
        <w:t>Students manually deploy first so automation later has clear meaning.</w:t>
      </w:r>
    </w:p>
    <w:p>
      <w:pPr>
        <w:pStyle w:val="Heading2"/>
      </w:pPr>
      <w:r>
        <w:t>Module 4: Docker - 5 Hours</w:t>
      </w:r>
    </w:p>
    <w:p>
      <w:pPr>
        <w:pStyle w:val="ListBullet"/>
      </w:pPr>
      <w:r>
        <w:t>Containers vs virtual machines.</w:t>
      </w:r>
    </w:p>
    <w:p>
      <w:pPr>
        <w:pStyle w:val="ListBullet"/>
      </w:pPr>
      <w:r>
        <w:t>Images, containers and registries.</w:t>
      </w:r>
    </w:p>
    <w:p>
      <w:pPr>
        <w:pStyle w:val="ListBullet"/>
      </w:pPr>
      <w:r>
        <w:t>Writing Dockerfiles.</w:t>
      </w:r>
    </w:p>
    <w:p>
      <w:pPr>
        <w:pStyle w:val="ListBullet"/>
      </w:pPr>
      <w:r>
        <w:t>Volumes and networking.</w:t>
      </w:r>
    </w:p>
    <w:p>
      <w:pPr>
        <w:pStyle w:val="ListBullet"/>
      </w:pPr>
      <w:r>
        <w:t>Docker Compose for multi-service applications.</w:t>
      </w:r>
    </w:p>
    <w:p>
      <w:pPr>
        <w:pStyle w:val="ListBullet"/>
      </w:pPr>
      <w:r>
        <w:t>Containerizing frontend/backend/database patterns.</w:t>
      </w:r>
    </w:p>
    <w:p>
      <w:r>
        <w:rPr>
          <w:b/>
          <w:color w:val="2F75B5"/>
        </w:rPr>
        <w:t xml:space="preserve">Placement emphasis: </w:t>
      </w:r>
      <w:r>
        <w:t>Students should be able to explain why a containerized application behaves consistently across environments.</w:t>
      </w:r>
    </w:p>
    <w:p>
      <w:pPr>
        <w:pStyle w:val="Heading2"/>
      </w:pPr>
      <w:r>
        <w:t>Module 5: CI/CD - 4 Hours</w:t>
      </w:r>
    </w:p>
    <w:p>
      <w:pPr>
        <w:pStyle w:val="ListBullet"/>
      </w:pPr>
      <w:r>
        <w:t>CI/CD principles.</w:t>
      </w:r>
    </w:p>
    <w:p>
      <w:pPr>
        <w:pStyle w:val="ListBullet"/>
      </w:pPr>
      <w:r>
        <w:t>GitHub Actions workflow syntax.</w:t>
      </w:r>
    </w:p>
    <w:p>
      <w:pPr>
        <w:pStyle w:val="ListBullet"/>
      </w:pPr>
      <w:r>
        <w:t>Build, test and deployment stages.</w:t>
      </w:r>
    </w:p>
    <w:p>
      <w:pPr>
        <w:pStyle w:val="ListBullet"/>
      </w:pPr>
      <w:r>
        <w:t>Secrets and environment variables.</w:t>
      </w:r>
    </w:p>
    <w:p>
      <w:pPr>
        <w:pStyle w:val="ListBullet"/>
      </w:pPr>
      <w:r>
        <w:t>Deployment pipeline design.</w:t>
      </w:r>
    </w:p>
    <w:p>
      <w:r>
        <w:rPr>
          <w:b/>
          <w:color w:val="2F75B5"/>
        </w:rPr>
        <w:t xml:space="preserve">Placement emphasis: </w:t>
      </w:r>
      <w:r>
        <w:t>Pipeline explanation is a high-value placement artifact because it connects Git, build, testing, containers and cloud.</w:t>
      </w:r>
    </w:p>
    <w:p>
      <w:pPr>
        <w:pStyle w:val="Heading2"/>
      </w:pPr>
      <w:r>
        <w:t>Module 6: Infrastructure &amp; Orchestration - 5 Hours</w:t>
      </w:r>
    </w:p>
    <w:p>
      <w:pPr>
        <w:pStyle w:val="ListBullet"/>
      </w:pPr>
      <w:r>
        <w:t>Infrastructure as Code and Terraform fundamentals.</w:t>
      </w:r>
    </w:p>
    <w:p>
      <w:pPr>
        <w:pStyle w:val="ListBullet"/>
      </w:pPr>
      <w:r>
        <w:t>Kubernetes architecture overview.</w:t>
      </w:r>
    </w:p>
    <w:p>
      <w:pPr>
        <w:pStyle w:val="ListBullet"/>
      </w:pPr>
      <w:r>
        <w:t>Pods, Deployments and Services.</w:t>
      </w:r>
    </w:p>
    <w:p>
      <w:pPr>
        <w:pStyle w:val="ListBullet"/>
      </w:pPr>
      <w:r>
        <w:t>ConfigMaps and Secrets.</w:t>
      </w:r>
    </w:p>
    <w:p>
      <w:pPr>
        <w:pStyle w:val="ListBullet"/>
      </w:pPr>
      <w:r>
        <w:t>Scaling concepts.</w:t>
      </w:r>
    </w:p>
    <w:p>
      <w:r>
        <w:rPr>
          <w:b/>
          <w:color w:val="2F75B5"/>
        </w:rPr>
        <w:t xml:space="preserve">Placement emphasis: </w:t>
      </w:r>
      <w:r>
        <w:t>Keep Kubernetes foundational in 40 hours; deepen substantially in the extended track.</w:t>
      </w:r>
    </w:p>
    <w:p>
      <w:pPr>
        <w:pStyle w:val="Heading2"/>
      </w:pPr>
      <w:r>
        <w:t>Module 7: Monitoring &amp; DevOps Practices - 3 Hours</w:t>
      </w:r>
    </w:p>
    <w:p>
      <w:pPr>
        <w:pStyle w:val="ListBullet"/>
      </w:pPr>
      <w:r>
        <w:t>Logs, metrics and application health.</w:t>
      </w:r>
    </w:p>
    <w:p>
      <w:pPr>
        <w:pStyle w:val="ListBullet"/>
      </w:pPr>
      <w:r>
        <w:t>CloudWatch fundamentals.</w:t>
      </w:r>
    </w:p>
    <w:p>
      <w:pPr>
        <w:pStyle w:val="ListBullet"/>
      </w:pPr>
      <w:r>
        <w:t>Prometheus/Grafana concepts.</w:t>
      </w:r>
    </w:p>
    <w:p>
      <w:pPr>
        <w:pStyle w:val="ListBullet"/>
      </w:pPr>
      <w:r>
        <w:t>Alerts and incident-response mindset.</w:t>
      </w:r>
    </w:p>
    <w:p>
      <w:r>
        <w:rPr>
          <w:b/>
          <w:color w:val="2F75B5"/>
        </w:rPr>
        <w:t xml:space="preserve">Placement emphasis: </w:t>
      </w:r>
      <w:r>
        <w:t>Shift students from “deployment completed” to “system can be observed and troubleshot.”</w:t>
      </w:r>
    </w:p>
    <w:p>
      <w:pPr>
        <w:pStyle w:val="Heading1"/>
      </w:pPr>
      <w:r>
        <w:t>Project-Based Learning</w:t>
      </w:r>
    </w:p>
    <w:p>
      <w:pPr>
        <w:pStyle w:val="Heading2"/>
      </w:pPr>
      <w:r>
        <w:t>Project 1: End-to-End DevOps Deployment Pipeline - 6 Hours</w:t>
      </w:r>
    </w:p>
    <w:p>
      <w:r>
        <w:t>Students receive a full-stack application and take responsibility for delivering it to a cloud environment.</w:t>
      </w:r>
    </w:p>
    <w:p>
      <w:pPr>
        <w:pStyle w:val="ListBullet"/>
      </w:pPr>
      <w:r>
        <w:t>Create and structure the Git repository</w:t>
      </w:r>
    </w:p>
    <w:p>
      <w:pPr>
        <w:pStyle w:val="ListBullet"/>
      </w:pPr>
      <w:r>
        <w:t>Configure a Linux server</w:t>
      </w:r>
    </w:p>
    <w:p>
      <w:pPr>
        <w:pStyle w:val="ListBullet"/>
      </w:pPr>
      <w:r>
        <w:t>Deploy frontend/backend and connect the database</w:t>
      </w:r>
    </w:p>
    <w:p>
      <w:pPr>
        <w:pStyle w:val="ListBullet"/>
      </w:pPr>
      <w:r>
        <w:t>Dockerize application services</w:t>
      </w:r>
    </w:p>
    <w:p>
      <w:pPr>
        <w:pStyle w:val="ListBullet"/>
      </w:pPr>
      <w:r>
        <w:t>Manage environment variables/secrets</w:t>
      </w:r>
    </w:p>
    <w:p>
      <w:pPr>
        <w:pStyle w:val="ListBullet"/>
      </w:pPr>
      <w:r>
        <w:t>Create a CI/CD workflow and perform cloud deployment</w:t>
      </w:r>
    </w:p>
    <w:p>
      <w:r>
        <w:rPr>
          <w:b/>
        </w:rPr>
        <w:t xml:space="preserve">Why this project matters: </w:t>
      </w:r>
      <w:r>
        <w:t>Proves deployment ability through a demonstrable pipeline rather than a collection of disconnected tool commands.</w:t>
      </w:r>
    </w:p>
    <w:p>
      <w:pPr>
        <w:pStyle w:val="Heading2"/>
      </w:pPr>
      <w:r>
        <w:t>Project 2: AI DevOps Assistant - 3 Hours</w:t>
      </w:r>
    </w:p>
    <w:p>
      <w:r>
        <w:t>Students use GenAI to assist with DevOps configuration and troubleshooting while validating every generated artifact.</w:t>
      </w:r>
    </w:p>
    <w:p>
      <w:pPr>
        <w:pStyle w:val="ListBullet"/>
      </w:pPr>
      <w:r>
        <w:t>Generate and review Dockerfiles/Docker Compose</w:t>
      </w:r>
    </w:p>
    <w:p>
      <w:pPr>
        <w:pStyle w:val="ListBullet"/>
      </w:pPr>
      <w:r>
        <w:t>Generate/review GitHub Actions workflows</w:t>
      </w:r>
    </w:p>
    <w:p>
      <w:pPr>
        <w:pStyle w:val="ListBullet"/>
      </w:pPr>
      <w:r>
        <w:t>Draft Terraform/Kubernetes configuration</w:t>
      </w:r>
    </w:p>
    <w:p>
      <w:pPr>
        <w:pStyle w:val="ListBullet"/>
      </w:pPr>
      <w:r>
        <w:t>Analyze application logs and suggest probable root causes</w:t>
      </w:r>
    </w:p>
    <w:p>
      <w:pPr>
        <w:pStyle w:val="ListBullet"/>
      </w:pPr>
      <w:r>
        <w:t>Document why human validation is required before execution</w:t>
      </w:r>
    </w:p>
    <w:p>
      <w:r>
        <w:rPr>
          <w:b/>
        </w:rPr>
        <w:t xml:space="preserve">Why this project matters: </w:t>
      </w:r>
      <w:r>
        <w:t>Differentiates the program while teaching responsible, human-in-the-loop AI use in operations.</w:t>
      </w:r>
    </w:p>
    <w:p>
      <w:pPr>
        <w:pStyle w:val="Heading1"/>
      </w:pPr>
      <w:r>
        <w:t>Assessment &amp; Placement Readiness</w:t>
      </w:r>
    </w:p>
    <w:p>
      <w:pPr>
        <w:pStyle w:val="ListBullet"/>
      </w:pPr>
      <w:r>
        <w:t>Module-wise coding/lab checkpoints and short technical quizzes.</w:t>
      </w:r>
    </w:p>
    <w:p>
      <w:pPr>
        <w:pStyle w:val="ListBullet"/>
      </w:pPr>
      <w:r>
        <w:t>GitHub repository review: structure, commits, README, configuration and code quality.</w:t>
      </w:r>
    </w:p>
    <w:p>
      <w:pPr>
        <w:pStyle w:val="ListBullet"/>
      </w:pPr>
      <w:r>
        <w:t>Project demonstration and technical viva focused on architecture, debugging and design choices.</w:t>
      </w:r>
    </w:p>
    <w:p>
      <w:pPr>
        <w:pStyle w:val="ListBullet"/>
      </w:pPr>
      <w:r>
        <w:t>Resume-ready project description and guidance on explaining the project in interviews.</w:t>
      </w:r>
    </w:p>
    <w:p>
      <w:pPr>
        <w:pStyle w:val="ListBullet"/>
      </w:pPr>
      <w:r>
        <w:t>Mock technical questions covering the stack, APIs, database, deployment and GenAI usage.</w:t>
      </w:r>
    </w:p>
    <w:p>
      <w:pPr>
        <w:pStyle w:val="Heading2"/>
      </w:pPr>
      <w:r>
        <w:t>Expected Student Portfolio</w:t>
      </w:r>
    </w:p>
    <w:p>
      <w:pPr>
        <w:pStyle w:val="ListBullet"/>
      </w:pPr>
      <w:r>
        <w:t>Two demonstrable projects</w:t>
      </w:r>
    </w:p>
    <w:p>
      <w:pPr>
        <w:pStyle w:val="ListBullet"/>
      </w:pPr>
      <w:r>
        <w:t>At least one deployed application/workflow</w:t>
      </w:r>
    </w:p>
    <w:p>
      <w:pPr>
        <w:pStyle w:val="ListBullet"/>
      </w:pPr>
      <w:r>
        <w:t>GitHub repositories with professional README files</w:t>
      </w:r>
    </w:p>
    <w:p>
      <w:pPr>
        <w:pStyle w:val="ListBullet"/>
      </w:pPr>
      <w:r>
        <w:t>Architecture explanation and project presentation</w:t>
      </w:r>
    </w:p>
    <w:p>
      <w:pPr>
        <w:pStyle w:val="ListBullet"/>
      </w:pPr>
      <w:r>
        <w:t>Resume-ready project bullets and interview talking points</w:t>
      </w:r>
    </w:p>
    <w:p>
      <w:pPr>
        <w:pStyle w:val="Heading1"/>
      </w:pPr>
      <w:r>
        <w:t>Extension Path: 40 Hours to 100 Hours</w:t>
      </w:r>
    </w:p>
    <w:p>
      <w:r>
        <w:t>The 40-hour version is designed as an intensive placement-oriented core. The same program can be expanded up to 100 hours through deeper labs, advanced concepts, assessments, interview preparation and larger project work.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Extension Area</w:t>
            </w:r>
          </w:p>
        </w:tc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Additional Coverage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Linux &amp; networking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Shell scripting, process/network troubleshooting, DNS/HTTP/TLS, permissions and server hardening basics.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AWS depth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VPC, IAM policies, ALB, Auto Scaling, RDS, Route 53, CloudFront and architecture labs.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Containers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Advanced Docker, multi-stage builds, registries, security scanning and Compose patterns.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CI/CD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Advanced GitHub Actions, environments, approvals, artifact management, blue/green or rolling concepts.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IaC &amp; Kubernetes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Terraform modules/state, Kubernetes workloads, ingress, autoscaling, storage and Helm introduction.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Observability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CloudWatch, Prometheus/Grafana, logs/metrics/traces, alerting and incident exercises.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AI automation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Log summarization, config generation/review, runbook assistance, policy checks and safe human-in-the-loop workflows.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Placement preparation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Scenario-based troubleshooting, resume/project review, mock interviews and architecture viva.</w:t>
            </w:r>
          </w:p>
        </w:tc>
      </w:tr>
    </w:tbl>
    <w:p>
      <w:pPr>
        <w:pStyle w:val="Heading2"/>
      </w:pPr>
      <w:r>
        <w:t>Delivery Model</w:t>
      </w:r>
    </w:p>
    <w:p>
      <w:pPr>
        <w:pStyle w:val="ListBullet"/>
      </w:pPr>
      <w:r>
        <w:t>Instructor-led concept sessions</w:t>
      </w:r>
    </w:p>
    <w:p>
      <w:pPr>
        <w:pStyle w:val="ListBullet"/>
      </w:pPr>
      <w:r>
        <w:t>Guided hands-on labs</w:t>
      </w:r>
    </w:p>
    <w:p>
      <w:pPr>
        <w:pStyle w:val="ListBullet"/>
      </w:pPr>
      <w:r>
        <w:t>Individual and team project work</w:t>
      </w:r>
    </w:p>
    <w:p>
      <w:pPr>
        <w:pStyle w:val="ListBullet"/>
      </w:pPr>
      <w:r>
        <w:t>Code reviews and debugging clinics</w:t>
      </w:r>
    </w:p>
    <w:p>
      <w:pPr>
        <w:pStyle w:val="ListBullet"/>
      </w:pPr>
      <w:r>
        <w:t>Technical viva and mock interview sessions</w:t>
      </w:r>
    </w:p>
    <w:p>
      <w:pPr>
        <w:pStyle w:val="ListBullet"/>
      </w:pPr>
      <w:r>
        <w:t>Optional college-specific hackathon or capstone showcase</w:t>
      </w:r>
    </w:p>
    <w:p>
      <w:pPr>
        <w:pStyle w:val="Heading1"/>
      </w:pPr>
      <w:r>
        <w:t>Prerequisites</w:t>
      </w:r>
    </w:p>
    <w:p>
      <w:r>
        <w:t>Basic computer usage and programming awareness are sufficient. Command-line familiarity is helpful. Students should have access to GitHub and an AWS learning/sandbox environment or equivalent college-provided cloud setup.</w:t>
      </w:r>
    </w:p>
    <w:p>
      <w:r>
        <w:rPr>
          <w:b/>
        </w:rPr>
        <w:t xml:space="preserve">Recommended positioning to students: </w:t>
      </w:r>
      <w:r>
        <w:t>Build software independently first; then learn to use GenAI as an engineering accelerator and as a capability inside applications.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40-Hour Core Track  |  Extendable to 100 Hours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2F75B5"/>
        <w:sz w:val="16"/>
      </w:rPr>
      <w:t>EDUPOLY SOLUTIONS PVT LTD  |  PLACEMENT ACCELERATOR PROGRAMS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