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F75B5"/>
          <w:sz w:val="20"/>
        </w:rPr>
        <w:t>PLACEMENT ACCELERATOR</w:t>
      </w:r>
    </w:p>
    <w:p>
      <w:pPr>
        <w:pStyle w:val="Title"/>
        <w:jc w:val="center"/>
      </w:pPr>
      <w:r>
        <w:t>Enterprise Full Stack with Java, Spring Boot + GenAI</w:t>
      </w:r>
    </w:p>
    <w:p>
      <w:pPr>
        <w:jc w:val="center"/>
      </w:pPr>
      <w:r>
        <w:rPr>
          <w:i/>
          <w:color w:val="555555"/>
          <w:sz w:val="22"/>
        </w:rPr>
        <w:t>Enterprise Java engineering, REST APIs, relational data, modern frontend integration and practical GenAI capabilities.</w:t>
      </w:r>
    </w:p>
    <w:p>
      <w:pPr>
        <w:jc w:val="center"/>
      </w:pPr>
      <w:r>
        <w:rPr>
          <w:b/>
          <w:color w:val="17365D"/>
          <w:sz w:val="20"/>
        </w:rPr>
        <w:t>Standard Duration: 40 Hours  |  Extended Industry Track: Up to 100 Hours</w:t>
      </w:r>
    </w:p>
    <w:p/>
    <w:p>
      <w:pPr>
        <w:pStyle w:val="Heading1"/>
      </w:pPr>
      <w:r>
        <w:t>Program Overview</w:t>
      </w:r>
    </w:p>
    <w:p>
      <w:r>
        <w:rPr>
          <w:b/>
        </w:rPr>
        <w:t xml:space="preserve">Target Audience: </w:t>
      </w:r>
      <w:r>
        <w:t>2nd/3rd-year B.Tech students with Core Java fundamentals or equivalent programming knowledge.</w:t>
      </w:r>
    </w:p>
    <w:p>
      <w:r>
        <w:rPr>
          <w:b/>
        </w:rPr>
        <w:t xml:space="preserve">Program Objective: </w:t>
      </w:r>
      <w:r>
        <w:t>Prepare students for Java-centric placement roles by connecting Core Java, Spring Boot, PostgreSQL/JPA, frontend integration, security, GenAI and deployment in two end-to-end projects.</w:t>
      </w:r>
    </w:p>
    <w:p>
      <w:r>
        <w:rPr>
          <w:b/>
        </w:rPr>
        <w:t xml:space="preserve">Core Technology Stack: </w:t>
      </w:r>
      <w:r>
        <w:t>Java + Spring Boot + Spring Data JPA + PostgreSQL + React + GenAI APIs</w:t>
      </w:r>
    </w:p>
    <w:p>
      <w:pPr>
        <w:pStyle w:val="Heading2"/>
      </w:pPr>
      <w:r>
        <w:t>Learning Outcomes</w:t>
      </w:r>
    </w:p>
    <w:p>
      <w:pPr>
        <w:pStyle w:val="ListBullet"/>
      </w:pPr>
      <w:r>
        <w:t>Apply Core Java concepts inside a Spring Boot application.</w:t>
      </w:r>
    </w:p>
    <w:p>
      <w:pPr>
        <w:pStyle w:val="ListBullet"/>
      </w:pPr>
      <w:r>
        <w:t>Design layered REST APIs using Controller-Service-Repository architecture.</w:t>
      </w:r>
    </w:p>
    <w:p>
      <w:pPr>
        <w:pStyle w:val="ListBullet"/>
      </w:pPr>
      <w:r>
        <w:t>Use PostgreSQL, JPA/Hibernate and entity relationships.</w:t>
      </w:r>
    </w:p>
    <w:p>
      <w:pPr>
        <w:pStyle w:val="ListBullet"/>
      </w:pPr>
      <w:r>
        <w:t>Implement JWT-based security and integrate a React frontend.</w:t>
      </w:r>
    </w:p>
    <w:p>
      <w:pPr>
        <w:pStyle w:val="ListBullet"/>
      </w:pPr>
      <w:r>
        <w:t>Add GenAI services to enterprise-style applications and explain architecture confidently.</w:t>
      </w:r>
    </w:p>
    <w:p>
      <w:pPr>
        <w:pStyle w:val="Heading1"/>
      </w:pPr>
      <w:r>
        <w:t>40-Hour Curriculum Structure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vAlign w:val="center"/>
            <w:shd w:fill="17365D"/>
          </w:tcPr>
          <w:p>
            <w:r/>
            <w:r>
              <w:rPr>
                <w:b/>
                <w:color w:val="FFFFFF"/>
                <w:sz w:val="18"/>
              </w:rPr>
              <w:t>Module</w:t>
            </w:r>
          </w:p>
        </w:tc>
        <w:tc>
          <w:tcPr>
            <w:tcW w:type="dxa" w:w="3360"/>
            <w:vAlign w:val="center"/>
            <w:shd w:fill="17365D"/>
          </w:tcPr>
          <w:p>
            <w:r/>
            <w:r>
              <w:rPr>
                <w:b/>
                <w:color w:val="FFFFFF"/>
                <w:sz w:val="18"/>
              </w:rPr>
              <w:t>Key Coverage</w:t>
            </w:r>
          </w:p>
        </w:tc>
        <w:tc>
          <w:tcPr>
            <w:tcW w:type="dxa" w:w="3360"/>
            <w:vAlign w:val="center"/>
            <w:shd w:fill="17365D"/>
          </w:tcPr>
          <w:p>
            <w:r/>
            <w:r>
              <w:rPr>
                <w:b/>
                <w:color w:val="FFFFFF"/>
                <w:sz w:val="18"/>
              </w:rPr>
              <w:t>Hours</w:t>
            </w:r>
          </w:p>
        </w:tc>
      </w:tr>
      <w:tr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Java Refresh &amp; Enterprise Concepts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 w:val="0"/>
                <w:sz w:val="17"/>
              </w:rPr>
              <w:t>OOP, collections, exceptions, generics, streams, lambdas, Optional, Maven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5</w:t>
            </w:r>
          </w:p>
        </w:tc>
      </w:tr>
      <w:tr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Spring Boot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 w:val="0"/>
                <w:sz w:val="17"/>
              </w:rPr>
              <w:t>IoC/DI, controllers, services, repositories, DTOs, validation, exceptions, config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7</w:t>
            </w:r>
          </w:p>
        </w:tc>
      </w:tr>
      <w:tr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JPA + PostgreSQL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 w:val="0"/>
                <w:sz w:val="17"/>
              </w:rPr>
              <w:t>Entities, repositories, mappings, CRUD, JPQL, pagination, transactions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5</w:t>
            </w:r>
          </w:p>
        </w:tc>
      </w:tr>
      <w:tr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Frontend Integration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 w:val="0"/>
                <w:sz w:val="17"/>
              </w:rPr>
              <w:t>React components, forms, hooks, routing and Spring API consumption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4</w:t>
            </w:r>
          </w:p>
        </w:tc>
      </w:tr>
      <w:tr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Authentication &amp; Security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 w:val="0"/>
                <w:sz w:val="17"/>
              </w:rPr>
              <w:t>Spring Security concepts, JWT, roles, password encoding, CORS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3</w:t>
            </w:r>
          </w:p>
        </w:tc>
      </w:tr>
      <w:tr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GenAI with Java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 w:val="0"/>
                <w:sz w:val="17"/>
              </w:rPr>
              <w:t>LLM APIs, prompt templates, structured JSON, AI service layer, Spring AI intro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4</w:t>
            </w:r>
          </w:p>
        </w:tc>
      </w:tr>
      <w:tr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Project 1 - From Scratch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 w:val="0"/>
                <w:sz w:val="17"/>
              </w:rPr>
              <w:t>Campus Recruitment Platform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6</w:t>
            </w:r>
          </w:p>
        </w:tc>
      </w:tr>
      <w:tr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Project 2 - AI Workflow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 w:val="0"/>
                <w:sz w:val="17"/>
              </w:rPr>
              <w:t>AI-Powered Recruitment System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4</w:t>
            </w:r>
          </w:p>
        </w:tc>
      </w:tr>
      <w:tr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Deployment &amp; Placement Readiness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 w:val="0"/>
                <w:sz w:val="17"/>
              </w:rPr>
              <w:t>Build JAR, env config, cloud deploy, GitHub and interview prep</w:t>
            </w:r>
          </w:p>
        </w:tc>
        <w:tc>
          <w:tcPr>
            <w:tcW w:type="dxa" w:w="336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/>
            <w:r>
              <w:rPr>
                <w:b/>
                <w:sz w:val="17"/>
              </w:rPr>
              <w:t>2</w:t>
            </w:r>
          </w:p>
        </w:tc>
      </w:tr>
    </w:tbl>
    <w:p>
      <w:pPr>
        <w:pStyle w:val="Heading1"/>
      </w:pPr>
      <w:r>
        <w:t>Detailed Module Content</w:t>
      </w:r>
    </w:p>
    <w:p>
      <w:pPr>
        <w:pStyle w:val="Heading2"/>
      </w:pPr>
      <w:r>
        <w:t>Module 1: Java Refresh &amp; Enterprise Concepts - 5 Hours</w:t>
      </w:r>
    </w:p>
    <w:p>
      <w:pPr>
        <w:pStyle w:val="ListBullet"/>
      </w:pPr>
      <w:r>
        <w:t>OOP, interfaces, abstract classes and packages.</w:t>
      </w:r>
    </w:p>
    <w:p>
      <w:pPr>
        <w:pStyle w:val="ListBullet"/>
      </w:pPr>
      <w:r>
        <w:t>Collections and exception handling.</w:t>
      </w:r>
    </w:p>
    <w:p>
      <w:pPr>
        <w:pStyle w:val="ListBullet"/>
      </w:pPr>
      <w:r>
        <w:t>Generics, lambdas, streams and Optional.</w:t>
      </w:r>
    </w:p>
    <w:p>
      <w:pPr>
        <w:pStyle w:val="ListBullet"/>
      </w:pPr>
      <w:r>
        <w:t>Maven and dependency management.</w:t>
      </w:r>
    </w:p>
    <w:p>
      <w:pPr>
        <w:pStyle w:val="ListBullet"/>
      </w:pPr>
      <w:r>
        <w:t>Coding practices that map into Spring Boot development.</w:t>
      </w:r>
    </w:p>
    <w:p>
      <w:r>
        <w:rPr>
          <w:b/>
          <w:color w:val="2F75B5"/>
        </w:rPr>
        <w:t xml:space="preserve">Placement emphasis: </w:t>
      </w:r>
      <w:r>
        <w:t>Core Java remains a major placement filter; every framework topic should be connected back to Java fundamentals.</w:t>
      </w:r>
    </w:p>
    <w:p>
      <w:pPr>
        <w:pStyle w:val="Heading2"/>
      </w:pPr>
      <w:r>
        <w:t>Module 2: Spring Boot - 7 Hours</w:t>
      </w:r>
    </w:p>
    <w:p>
      <w:pPr>
        <w:pStyle w:val="ListBullet"/>
      </w:pPr>
      <w:r>
        <w:t>Spring overview: IoC and Dependency Injection.</w:t>
      </w:r>
    </w:p>
    <w:p>
      <w:pPr>
        <w:pStyle w:val="ListBullet"/>
      </w:pPr>
      <w:r>
        <w:t>Spring Boot project structure and configuration.</w:t>
      </w:r>
    </w:p>
    <w:p>
      <w:pPr>
        <w:pStyle w:val="ListBullet"/>
      </w:pPr>
      <w:r>
        <w:t>@RestController, request mappings and REST APIs.</w:t>
      </w:r>
    </w:p>
    <w:p>
      <w:pPr>
        <w:pStyle w:val="ListBullet"/>
      </w:pPr>
      <w:r>
        <w:t>Service and Repository responsibilities.</w:t>
      </w:r>
    </w:p>
    <w:p>
      <w:pPr>
        <w:pStyle w:val="ListBullet"/>
      </w:pPr>
      <w:r>
        <w:t>DTOs, bean validation and exception handling.</w:t>
      </w:r>
    </w:p>
    <w:p>
      <w:pPr>
        <w:pStyle w:val="ListBullet"/>
      </w:pPr>
      <w:r>
        <w:t>Configuration, environment properties and profiles introduction.</w:t>
      </w:r>
    </w:p>
    <w:p>
      <w:r>
        <w:rPr>
          <w:b/>
          <w:color w:val="2F75B5"/>
        </w:rPr>
        <w:t xml:space="preserve">Placement emphasis: </w:t>
      </w:r>
      <w:r>
        <w:t>Students should be able to explain Controller -&gt; Service -&gt; Repository -&gt; Database clearly.</w:t>
      </w:r>
    </w:p>
    <w:p>
      <w:pPr>
        <w:pStyle w:val="Heading2"/>
      </w:pPr>
      <w:r>
        <w:t>Module 3: Spring Data JPA + PostgreSQL - 5 Hours</w:t>
      </w:r>
    </w:p>
    <w:p>
      <w:pPr>
        <w:pStyle w:val="ListBullet"/>
      </w:pPr>
      <w:r>
        <w:t>Relational modeling and PostgreSQL integration.</w:t>
      </w:r>
    </w:p>
    <w:p>
      <w:pPr>
        <w:pStyle w:val="ListBullet"/>
      </w:pPr>
      <w:r>
        <w:t>@Entity, repositories and Hibernate/JPA role.</w:t>
      </w:r>
    </w:p>
    <w:p>
      <w:pPr>
        <w:pStyle w:val="ListBullet"/>
      </w:pPr>
      <w:r>
        <w:t>One-to-one, one-to-many, many-to-one and many-to-many relationships.</w:t>
      </w:r>
    </w:p>
    <w:p>
      <w:pPr>
        <w:pStyle w:val="ListBullet"/>
      </w:pPr>
      <w:r>
        <w:t>JPQL/query methods, pagination and sorting.</w:t>
      </w:r>
    </w:p>
    <w:p>
      <w:pPr>
        <w:pStyle w:val="ListBullet"/>
      </w:pPr>
      <w:r>
        <w:t>Transaction concepts and database validation responsibilities.</w:t>
      </w:r>
    </w:p>
    <w:p>
      <w:r>
        <w:rPr>
          <w:b/>
          <w:color w:val="2F75B5"/>
        </w:rPr>
        <w:t xml:space="preserve">Placement emphasis: </w:t>
      </w:r>
      <w:r>
        <w:t>Entity relationships, lazy/eager concepts and transactions are valuable placement discussion topics.</w:t>
      </w:r>
    </w:p>
    <w:p>
      <w:pPr>
        <w:pStyle w:val="Heading2"/>
      </w:pPr>
      <w:r>
        <w:t>Module 4: Frontend Integration - 4 Hours</w:t>
      </w:r>
    </w:p>
    <w:p>
      <w:pPr>
        <w:pStyle w:val="ListBullet"/>
      </w:pPr>
      <w:r>
        <w:t>React component/hook refresh.</w:t>
      </w:r>
    </w:p>
    <w:p>
      <w:pPr>
        <w:pStyle w:val="ListBullet"/>
      </w:pPr>
      <w:r>
        <w:t>Forms and client-side validation.</w:t>
      </w:r>
    </w:p>
    <w:p>
      <w:pPr>
        <w:pStyle w:val="ListBullet"/>
      </w:pPr>
      <w:r>
        <w:t>React Router.</w:t>
      </w:r>
    </w:p>
    <w:p>
      <w:pPr>
        <w:pStyle w:val="ListBullet"/>
      </w:pPr>
      <w:r>
        <w:t>Calling Spring Boot REST APIs.</w:t>
      </w:r>
    </w:p>
    <w:p>
      <w:pPr>
        <w:pStyle w:val="ListBullet"/>
      </w:pPr>
      <w:r>
        <w:t>Loading/error states and frontend/backend contract.</w:t>
      </w:r>
    </w:p>
    <w:p>
      <w:r>
        <w:rPr>
          <w:b/>
          <w:color w:val="2F75B5"/>
        </w:rPr>
        <w:t xml:space="preserve">Placement emphasis: </w:t>
      </w:r>
      <w:r>
        <w:t>The goal is not deep React specialization; it is proving end-to-end Java application delivery.</w:t>
      </w:r>
    </w:p>
    <w:p>
      <w:pPr>
        <w:pStyle w:val="Heading2"/>
      </w:pPr>
      <w:r>
        <w:t>Module 5: Authentication &amp; Security - 3 Hours</w:t>
      </w:r>
    </w:p>
    <w:p>
      <w:pPr>
        <w:pStyle w:val="ListBullet"/>
      </w:pPr>
      <w:r>
        <w:t>Spring Security mental model.</w:t>
      </w:r>
    </w:p>
    <w:p>
      <w:pPr>
        <w:pStyle w:val="ListBullet"/>
      </w:pPr>
      <w:r>
        <w:t>Password encoding, login flow and JWT.</w:t>
      </w:r>
    </w:p>
    <w:p>
      <w:pPr>
        <w:pStyle w:val="ListBullet"/>
      </w:pPr>
      <w:r>
        <w:t>Authentication vs authorization.</w:t>
      </w:r>
    </w:p>
    <w:p>
      <w:pPr>
        <w:pStyle w:val="ListBullet"/>
      </w:pPr>
      <w:r>
        <w:t>Role-based API access and CORS.</w:t>
      </w:r>
    </w:p>
    <w:p>
      <w:r>
        <w:rPr>
          <w:b/>
          <w:color w:val="2F75B5"/>
        </w:rPr>
        <w:t xml:space="preserve">Placement emphasis: </w:t>
      </w:r>
      <w:r>
        <w:t>Students gain one cohesive example for discussing enterprise security basics.</w:t>
      </w:r>
    </w:p>
    <w:p>
      <w:pPr>
        <w:pStyle w:val="Heading2"/>
      </w:pPr>
      <w:r>
        <w:t>Module 6: GenAI with Java - 4 Hours</w:t>
      </w:r>
    </w:p>
    <w:p>
      <w:pPr>
        <w:pStyle w:val="ListBullet"/>
      </w:pPr>
      <w:r>
        <w:t>LLM fundamentals and prompt design.</w:t>
      </w:r>
    </w:p>
    <w:p>
      <w:pPr>
        <w:pStyle w:val="ListBullet"/>
      </w:pPr>
      <w:r>
        <w:t>Calling AI APIs from a Spring service layer.</w:t>
      </w:r>
    </w:p>
    <w:p>
      <w:pPr>
        <w:pStyle w:val="ListBullet"/>
      </w:pPr>
      <w:r>
        <w:t>Structured JSON output and response validation.</w:t>
      </w:r>
    </w:p>
    <w:p>
      <w:pPr>
        <w:pStyle w:val="ListBullet"/>
      </w:pPr>
      <w:r>
        <w:t>API key security, timeouts and failures.</w:t>
      </w:r>
    </w:p>
    <w:p>
      <w:pPr>
        <w:pStyle w:val="ListBullet"/>
      </w:pPr>
      <w:r>
        <w:t>Introduction to Spring AI, embeddings and RAG concepts.</w:t>
      </w:r>
    </w:p>
    <w:p>
      <w:r>
        <w:rPr>
          <w:b/>
          <w:color w:val="2F75B5"/>
        </w:rPr>
        <w:t xml:space="preserve">Placement emphasis: </w:t>
      </w:r>
      <w:r>
        <w:t>Frame GenAI as another external service integrated through clean enterprise architecture.</w:t>
      </w:r>
    </w:p>
    <w:p>
      <w:pPr>
        <w:pStyle w:val="Heading1"/>
      </w:pPr>
      <w:r>
        <w:t>Project-Based Learning</w:t>
      </w:r>
    </w:p>
    <w:p>
      <w:pPr>
        <w:pStyle w:val="Heading2"/>
      </w:pPr>
      <w:r>
        <w:t>Project 1: Campus Recruitment Platform - 6 Hours</w:t>
      </w:r>
    </w:p>
    <w:p>
      <w:r>
        <w:t>A Spring Boot + PostgreSQL + React application built using enterprise layering.</w:t>
      </w:r>
    </w:p>
    <w:p>
      <w:pPr>
        <w:pStyle w:val="ListBullet"/>
      </w:pPr>
      <w:r>
        <w:t>Students, companies, jobs and applications</w:t>
      </w:r>
    </w:p>
    <w:p>
      <w:pPr>
        <w:pStyle w:val="ListBullet"/>
      </w:pPr>
      <w:r>
        <w:t>Relational entity mappings</w:t>
      </w:r>
    </w:p>
    <w:p>
      <w:pPr>
        <w:pStyle w:val="ListBullet"/>
      </w:pPr>
      <w:r>
        <w:t>REST APIs with service/repository separation</w:t>
      </w:r>
    </w:p>
    <w:p>
      <w:pPr>
        <w:pStyle w:val="ListBullet"/>
      </w:pPr>
      <w:r>
        <w:t>JWT authentication and roles</w:t>
      </w:r>
    </w:p>
    <w:p>
      <w:pPr>
        <w:pStyle w:val="ListBullet"/>
      </w:pPr>
      <w:r>
        <w:t>React dashboard and forms</w:t>
      </w:r>
    </w:p>
    <w:p>
      <w:r>
        <w:rPr>
          <w:b/>
        </w:rPr>
        <w:t xml:space="preserve">Why this project matters: </w:t>
      </w:r>
      <w:r>
        <w:t>Creates a conventional Java project students can defend technically even without discussing AI.</w:t>
      </w:r>
    </w:p>
    <w:p>
      <w:pPr>
        <w:pStyle w:val="Heading2"/>
      </w:pPr>
      <w:r>
        <w:t>Project 2: AI-Powered Recruitment System - 4 Hours</w:t>
      </w:r>
    </w:p>
    <w:p>
      <w:r>
        <w:t>Adds GenAI capabilities through a dedicated Java service layer.</w:t>
      </w:r>
    </w:p>
    <w:p>
      <w:pPr>
        <w:pStyle w:val="ListBullet"/>
      </w:pPr>
      <w:r>
        <w:t>Resume scoring and job matching</w:t>
      </w:r>
    </w:p>
    <w:p>
      <w:pPr>
        <w:pStyle w:val="ListBullet"/>
      </w:pPr>
      <w:r>
        <w:t>Interview question generation</w:t>
      </w:r>
    </w:p>
    <w:p>
      <w:pPr>
        <w:pStyle w:val="ListBullet"/>
      </w:pPr>
      <w:r>
        <w:t>Candidate skill-gap analysis</w:t>
      </w:r>
    </w:p>
    <w:p>
      <w:pPr>
        <w:pStyle w:val="ListBullet"/>
      </w:pPr>
      <w:r>
        <w:t>AI interview assistant</w:t>
      </w:r>
    </w:p>
    <w:p>
      <w:pPr>
        <w:pStyle w:val="ListBullet"/>
      </w:pPr>
      <w:r>
        <w:t>Structured AI responses and validation</w:t>
      </w:r>
    </w:p>
    <w:p>
      <w:r>
        <w:rPr>
          <w:b/>
        </w:rPr>
        <w:t xml:space="preserve">Why this project matters: </w:t>
      </w:r>
      <w:r>
        <w:t>Demonstrates how modern AI services can be integrated into a conventional Spring Boot architecture.</w:t>
      </w:r>
    </w:p>
    <w:p>
      <w:pPr>
        <w:pStyle w:val="Heading1"/>
      </w:pPr>
      <w:r>
        <w:t>Assessment &amp; Placement Readiness</w:t>
      </w:r>
    </w:p>
    <w:p>
      <w:pPr>
        <w:pStyle w:val="ListBullet"/>
      </w:pPr>
      <w:r>
        <w:t>Module-wise coding/lab checkpoints and short technical quizzes.</w:t>
      </w:r>
    </w:p>
    <w:p>
      <w:pPr>
        <w:pStyle w:val="ListBullet"/>
      </w:pPr>
      <w:r>
        <w:t>GitHub repository review: structure, commits, README, configuration and code quality.</w:t>
      </w:r>
    </w:p>
    <w:p>
      <w:pPr>
        <w:pStyle w:val="ListBullet"/>
      </w:pPr>
      <w:r>
        <w:t>Project demonstration and technical viva focused on architecture, debugging and design choices.</w:t>
      </w:r>
    </w:p>
    <w:p>
      <w:pPr>
        <w:pStyle w:val="ListBullet"/>
      </w:pPr>
      <w:r>
        <w:t>Resume-ready project description and guidance on explaining the project in interviews.</w:t>
      </w:r>
    </w:p>
    <w:p>
      <w:pPr>
        <w:pStyle w:val="ListBullet"/>
      </w:pPr>
      <w:r>
        <w:t>Mock technical questions covering the stack, APIs, database, deployment and GenAI usage.</w:t>
      </w:r>
    </w:p>
    <w:p>
      <w:pPr>
        <w:pStyle w:val="Heading2"/>
      </w:pPr>
      <w:r>
        <w:t>Expected Student Portfolio</w:t>
      </w:r>
    </w:p>
    <w:p>
      <w:pPr>
        <w:pStyle w:val="ListBullet"/>
      </w:pPr>
      <w:r>
        <w:t>Two demonstrable projects</w:t>
      </w:r>
    </w:p>
    <w:p>
      <w:pPr>
        <w:pStyle w:val="ListBullet"/>
      </w:pPr>
      <w:r>
        <w:t>At least one deployed application/workflow</w:t>
      </w:r>
    </w:p>
    <w:p>
      <w:pPr>
        <w:pStyle w:val="ListBullet"/>
      </w:pPr>
      <w:r>
        <w:t>GitHub repositories with professional README files</w:t>
      </w:r>
    </w:p>
    <w:p>
      <w:pPr>
        <w:pStyle w:val="ListBullet"/>
      </w:pPr>
      <w:r>
        <w:t>Architecture explanation and project presentation</w:t>
      </w:r>
    </w:p>
    <w:p>
      <w:pPr>
        <w:pStyle w:val="ListBullet"/>
      </w:pPr>
      <w:r>
        <w:t>Resume-ready project bullets and interview talking points</w:t>
      </w:r>
    </w:p>
    <w:p>
      <w:pPr>
        <w:pStyle w:val="Heading1"/>
      </w:pPr>
      <w:r>
        <w:t>Extension Path: 40 Hours to 100 Hours</w:t>
      </w:r>
    </w:p>
    <w:p>
      <w:r>
        <w:t>The 40-hour version is designed as an intensive placement-oriented core. The same program can be expanded up to 100 hours through deeper labs, advanced concepts, assessments, interview preparation and larger project work.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vAlign w:val="center"/>
            <w:shd w:fill="17365D"/>
          </w:tcPr>
          <w:p>
            <w:r/>
            <w:r>
              <w:rPr>
                <w:b/>
                <w:color w:val="FFFFFF"/>
                <w:sz w:val="18"/>
              </w:rPr>
              <w:t>Extension Area</w:t>
            </w:r>
          </w:p>
        </w:tc>
        <w:tc>
          <w:tcPr>
            <w:tcW w:type="dxa" w:w="5040"/>
            <w:vAlign w:val="center"/>
            <w:shd w:fill="17365D"/>
          </w:tcPr>
          <w:p>
            <w:r/>
            <w:r>
              <w:rPr>
                <w:b/>
                <w:color w:val="FFFFFF"/>
                <w:sz w:val="18"/>
              </w:rPr>
              <w:t>Additional Coverage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/>
                <w:sz w:val="17"/>
              </w:rPr>
              <w:t>Core Java depth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Collections, generics, streams, concurrency basics, JVM concepts and coding exercises.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/>
                <w:sz w:val="17"/>
              </w:rPr>
              <w:t>Spring/Spring Boot depth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IoC/DI internals, configuration, profiles, validation, exception strategy, AOP introduction and testing.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/>
                <w:sz w:val="17"/>
              </w:rPr>
              <w:t>Database/JPA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SQL depth, JPA mappings, fetch strategies, transactions, query optimization and indexing.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/>
                <w:sz w:val="17"/>
              </w:rPr>
              <w:t>Security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Spring Security filters, JWT lifecycle, OAuth2/OIDC introduction and secure API practices.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/>
                <w:sz w:val="17"/>
              </w:rPr>
              <w:t>GenAI engineering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Spring AI, embeddings, RAG, tool calling, structured output and evaluation.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/>
                <w:sz w:val="17"/>
              </w:rPr>
              <w:t>Cloud/DevOps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Docker, CI/CD, cloud deployment, logging, monitoring and environment management.</w:t>
            </w:r>
          </w:p>
        </w:tc>
      </w:tr>
      <w:tr>
        <w:tc>
          <w:tcPr>
            <w:tcW w:type="dxa" w:w="5040"/>
            <w:vAlign w:val="center"/>
          </w:tcPr>
          <w:p>
            <w:r/>
            <w:r>
              <w:rPr>
                <w:b/>
                <w:sz w:val="17"/>
              </w:rPr>
              <w:t>Placement preparation</w:t>
            </w:r>
          </w:p>
        </w:tc>
        <w:tc>
          <w:tcPr>
            <w:tcW w:type="dxa" w:w="5040"/>
            <w:vAlign w:val="center"/>
          </w:tcPr>
          <w:p>
            <w:r/>
            <w:r>
              <w:rPr>
                <w:b w:val="0"/>
                <w:sz w:val="17"/>
              </w:rPr>
              <w:t>Java coding drills, Spring interview questions, system-design basics, mock interviews and capstone viva.</w:t>
            </w:r>
          </w:p>
        </w:tc>
      </w:tr>
    </w:tbl>
    <w:p>
      <w:pPr>
        <w:pStyle w:val="Heading2"/>
      </w:pPr>
      <w:r>
        <w:t>Delivery Model</w:t>
      </w:r>
    </w:p>
    <w:p>
      <w:pPr>
        <w:pStyle w:val="ListBullet"/>
      </w:pPr>
      <w:r>
        <w:t>Instructor-led concept sessions</w:t>
      </w:r>
    </w:p>
    <w:p>
      <w:pPr>
        <w:pStyle w:val="ListBullet"/>
      </w:pPr>
      <w:r>
        <w:t>Guided hands-on labs</w:t>
      </w:r>
    </w:p>
    <w:p>
      <w:pPr>
        <w:pStyle w:val="ListBullet"/>
      </w:pPr>
      <w:r>
        <w:t>Individual and team project work</w:t>
      </w:r>
    </w:p>
    <w:p>
      <w:pPr>
        <w:pStyle w:val="ListBullet"/>
      </w:pPr>
      <w:r>
        <w:t>Code reviews and debugging clinics</w:t>
      </w:r>
    </w:p>
    <w:p>
      <w:pPr>
        <w:pStyle w:val="ListBullet"/>
      </w:pPr>
      <w:r>
        <w:t>Technical viva and mock interview sessions</w:t>
      </w:r>
    </w:p>
    <w:p>
      <w:pPr>
        <w:pStyle w:val="ListBullet"/>
      </w:pPr>
      <w:r>
        <w:t>Optional college-specific hackathon or capstone showcase</w:t>
      </w:r>
    </w:p>
    <w:p>
      <w:pPr>
        <w:pStyle w:val="Heading1"/>
      </w:pPr>
      <w:r>
        <w:t>Prerequisites</w:t>
      </w:r>
    </w:p>
    <w:p>
      <w:r>
        <w:t>Core Java fundamentals are strongly recommended. Basic HTML/CSS/JavaScript is helpful. The extended track can add a Java bridge module and deeper SQL before Spring Boot.</w:t>
      </w:r>
    </w:p>
    <w:p>
      <w:r>
        <w:rPr>
          <w:b/>
        </w:rPr>
        <w:t xml:space="preserve">Recommended positioning to students: </w:t>
      </w:r>
      <w:r>
        <w:t>Build software independently first; then learn to use GenAI as an engineering accelerator and as a capability inside applications.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40-Hour Core Track  |  Extendable to 100 Hours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2F75B5"/>
        <w:sz w:val="16"/>
      </w:rPr>
      <w:t>EDUPOLY SOLUTIONS PVT LTD  |  PLACEMENT ACCELERATOR PROGRAMS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7365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F75B5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7365D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