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75B5"/>
          <w:sz w:val="20"/>
        </w:rPr>
        <w:t>PLACEMENT ACCELERATOR</w:t>
      </w:r>
    </w:p>
    <w:p>
      <w:pPr>
        <w:pStyle w:val="Title"/>
        <w:jc w:val="center"/>
      </w:pPr>
      <w:r>
        <w:t>Full Stack Engineering with Python + GenAI</w:t>
      </w:r>
    </w:p>
    <w:p>
      <w:pPr>
        <w:jc w:val="center"/>
      </w:pPr>
      <w:r>
        <w:rPr>
          <w:i/>
          <w:color w:val="555555"/>
          <w:sz w:val="22"/>
        </w:rPr>
        <w:t>Modern Python APIs, React, PostgreSQL and practical GenAI/RAG foundations for placement-oriented application development.</w:t>
      </w:r>
    </w:p>
    <w:p>
      <w:pPr>
        <w:jc w:val="center"/>
      </w:pPr>
      <w:r>
        <w:rPr>
          <w:b/>
          <w:color w:val="17365D"/>
          <w:sz w:val="20"/>
        </w:rPr>
        <w:t>Standard Duration: 40 Hours  |  Extended Industry Track: Up to 100 Hours</w:t>
      </w:r>
    </w:p>
    <w:p/>
    <w:p>
      <w:pPr>
        <w:pStyle w:val="Heading1"/>
      </w:pPr>
      <w:r>
        <w:t>Program Overview</w:t>
      </w:r>
    </w:p>
    <w:p>
      <w:r>
        <w:rPr>
          <w:b/>
        </w:rPr>
        <w:t xml:space="preserve">Target Audience: </w:t>
      </w:r>
      <w:r>
        <w:t>2nd/3rd-year B.Tech students with basic programming knowledge.</w:t>
      </w:r>
    </w:p>
    <w:p>
      <w:r>
        <w:rPr>
          <w:b/>
        </w:rPr>
        <w:t xml:space="preserve">Program Objective: </w:t>
      </w:r>
      <w:r>
        <w:t>Develop modern Python web APIs using FastAPI, connect PostgreSQL and React, integrate GenAI/RAG patterns and produce two strong portfolio projects.</w:t>
      </w:r>
    </w:p>
    <w:p>
      <w:r>
        <w:rPr>
          <w:b/>
        </w:rPr>
        <w:t xml:space="preserve">Core Technology Stack: </w:t>
      </w:r>
      <w:r>
        <w:t>Python + FastAPI + PostgreSQL + SQLAlchemy + React + GenAI APIs</w:t>
      </w:r>
    </w:p>
    <w:p>
      <w:pPr>
        <w:pStyle w:val="Heading2"/>
      </w:pPr>
      <w:r>
        <w:t>Learning Outcomes</w:t>
      </w:r>
    </w:p>
    <w:p>
      <w:pPr>
        <w:pStyle w:val="ListBullet"/>
      </w:pPr>
      <w:r>
        <w:t>Write structured Python application code with type hints and modular design.</w:t>
      </w:r>
    </w:p>
    <w:p>
      <w:pPr>
        <w:pStyle w:val="ListBullet"/>
      </w:pPr>
      <w:r>
        <w:t>Build validated REST APIs with FastAPI and PostgreSQL/SQLAlchemy.</w:t>
      </w:r>
    </w:p>
    <w:p>
      <w:pPr>
        <w:pStyle w:val="ListBullet"/>
      </w:pPr>
      <w:r>
        <w:t>Integrate authentication and React-based user interfaces.</w:t>
      </w:r>
    </w:p>
    <w:p>
      <w:pPr>
        <w:pStyle w:val="ListBullet"/>
      </w:pPr>
      <w:r>
        <w:t>Implement LLM features, embeddings and introductory RAG workflows.</w:t>
      </w:r>
    </w:p>
    <w:p>
      <w:pPr>
        <w:pStyle w:val="ListBullet"/>
      </w:pPr>
      <w:r>
        <w:t>Deploy and explain a modern Python/AI application architecture.</w:t>
      </w:r>
    </w:p>
    <w:p>
      <w:pPr>
        <w:pStyle w:val="Heading1"/>
      </w:pPr>
      <w:r>
        <w:t>40-Hour Curriculum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Key Coverage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Hours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Python for Application Development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Functions, collections, OOP, exceptions, modules, venv, typing, async concepts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FastAPI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Routes, request/response models, validation, DI, errors, Swagger/OpenAPI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PostgreSQL + ORM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SQL, models, relationships, CRUD, SQLAlchemy, transactions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React Frontend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Components, hooks, forms, routing and API integration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Authentication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Hashing, JWT, roles and protected APIs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GenAI Application Development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LLMs, prompts, structured outputs, embeddings, semantic search, RAG intro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6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1 - From Scratch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Student Learning Management System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6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2 - AI Workflow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AI College Learning Assistant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Deployment &amp; Interview Readiness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Environment, deploy, GitHub and interview prep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2</w:t>
            </w:r>
          </w:p>
        </w:tc>
      </w:tr>
    </w:tbl>
    <w:p>
      <w:pPr>
        <w:pStyle w:val="Heading1"/>
      </w:pPr>
      <w:r>
        <w:t>Detailed Module Content</w:t>
      </w:r>
    </w:p>
    <w:p>
      <w:pPr>
        <w:pStyle w:val="Heading2"/>
      </w:pPr>
      <w:r>
        <w:t>Module 1: Python for Application Development - 5 Hours</w:t>
      </w:r>
    </w:p>
    <w:p>
      <w:pPr>
        <w:pStyle w:val="ListBullet"/>
      </w:pPr>
      <w:r>
        <w:t>Functions, collections and object-oriented programming refresh.</w:t>
      </w:r>
    </w:p>
    <w:p>
      <w:pPr>
        <w:pStyle w:val="ListBullet"/>
      </w:pPr>
      <w:r>
        <w:t>Exception handling, modules and packages.</w:t>
      </w:r>
    </w:p>
    <w:p>
      <w:pPr>
        <w:pStyle w:val="ListBullet"/>
      </w:pPr>
      <w:r>
        <w:t>Virtual environments and dependency management.</w:t>
      </w:r>
    </w:p>
    <w:p>
      <w:pPr>
        <w:pStyle w:val="ListBullet"/>
      </w:pPr>
      <w:r>
        <w:t>Type hints and data modeling mindset.</w:t>
      </w:r>
    </w:p>
    <w:p>
      <w:pPr>
        <w:pStyle w:val="ListBullet"/>
      </w:pPr>
      <w:r>
        <w:t>Async programming concepts relevant to APIs.</w:t>
      </w:r>
    </w:p>
    <w:p>
      <w:r>
        <w:rPr>
          <w:b/>
          <w:color w:val="2F75B5"/>
        </w:rPr>
        <w:t xml:space="preserve">Placement emphasis: </w:t>
      </w:r>
      <w:r>
        <w:t>Python clarity, mutability, exceptions, OOP and data structures commonly appear in placement interviews.</w:t>
      </w:r>
    </w:p>
    <w:p>
      <w:pPr>
        <w:pStyle w:val="Heading2"/>
      </w:pPr>
      <w:r>
        <w:t>Module 2: FastAPI - 5 Hours</w:t>
      </w:r>
    </w:p>
    <w:p>
      <w:pPr>
        <w:pStyle w:val="ListBullet"/>
      </w:pPr>
      <w:r>
        <w:t>Application setup and routing.</w:t>
      </w:r>
    </w:p>
    <w:p>
      <w:pPr>
        <w:pStyle w:val="ListBullet"/>
      </w:pPr>
      <w:r>
        <w:t>Path/query parameters and request bodies.</w:t>
      </w:r>
    </w:p>
    <w:p>
      <w:pPr>
        <w:pStyle w:val="ListBullet"/>
      </w:pPr>
      <w:r>
        <w:t>Pydantic models and validation.</w:t>
      </w:r>
    </w:p>
    <w:p>
      <w:pPr>
        <w:pStyle w:val="ListBullet"/>
      </w:pPr>
      <w:r>
        <w:t>Dependency injection and exception handling.</w:t>
      </w:r>
    </w:p>
    <w:p>
      <w:pPr>
        <w:pStyle w:val="ListBullet"/>
      </w:pPr>
      <w:r>
        <w:t>Swagger/OpenAPI documentation.</w:t>
      </w:r>
    </w:p>
    <w:p>
      <w:pPr>
        <w:pStyle w:val="ListBullet"/>
      </w:pPr>
      <w:r>
        <w:t>REST architecture and API organization.</w:t>
      </w:r>
    </w:p>
    <w:p>
      <w:r>
        <w:rPr>
          <w:b/>
          <w:color w:val="2F75B5"/>
        </w:rPr>
        <w:t xml:space="preserve">Placement emphasis: </w:t>
      </w:r>
      <w:r>
        <w:t>Students gain a modern API framework while learning framework-independent REST principles.</w:t>
      </w:r>
    </w:p>
    <w:p>
      <w:pPr>
        <w:pStyle w:val="Heading2"/>
      </w:pPr>
      <w:r>
        <w:t>Module 3: PostgreSQL + ORM - 4 Hours</w:t>
      </w:r>
    </w:p>
    <w:p>
      <w:pPr>
        <w:pStyle w:val="ListBullet"/>
      </w:pPr>
      <w:r>
        <w:t>SQL and relational database refresh.</w:t>
      </w:r>
    </w:p>
    <w:p>
      <w:pPr>
        <w:pStyle w:val="ListBullet"/>
      </w:pPr>
      <w:r>
        <w:t>SQLAlchemy models and sessions.</w:t>
      </w:r>
    </w:p>
    <w:p>
      <w:pPr>
        <w:pStyle w:val="ListBullet"/>
      </w:pPr>
      <w:r>
        <w:t>CRUD and relationships.</w:t>
      </w:r>
    </w:p>
    <w:p>
      <w:pPr>
        <w:pStyle w:val="ListBullet"/>
      </w:pPr>
      <w:r>
        <w:t>Transactions and query patterns.</w:t>
      </w:r>
    </w:p>
    <w:p>
      <w:pPr>
        <w:pStyle w:val="ListBullet"/>
      </w:pPr>
      <w:r>
        <w:t>Database constraints vs application validation.</w:t>
      </w:r>
    </w:p>
    <w:p>
      <w:r>
        <w:rPr>
          <w:b/>
          <w:color w:val="2F75B5"/>
        </w:rPr>
        <w:t xml:space="preserve">Placement emphasis: </w:t>
      </w:r>
      <w:r>
        <w:t>Connect Python objects, SQL and API behavior so students can discuss the full persistence flow.</w:t>
      </w:r>
    </w:p>
    <w:p>
      <w:pPr>
        <w:pStyle w:val="Heading2"/>
      </w:pPr>
      <w:r>
        <w:t>Module 4: React Frontend - 4 Hours</w:t>
      </w:r>
    </w:p>
    <w:p>
      <w:pPr>
        <w:pStyle w:val="ListBullet"/>
      </w:pPr>
      <w:r>
        <w:t>Components, props/state and hooks.</w:t>
      </w:r>
    </w:p>
    <w:p>
      <w:pPr>
        <w:pStyle w:val="ListBullet"/>
      </w:pPr>
      <w:r>
        <w:t>Forms and validation.</w:t>
      </w:r>
    </w:p>
    <w:p>
      <w:pPr>
        <w:pStyle w:val="ListBullet"/>
      </w:pPr>
      <w:r>
        <w:t>Routing and API consumption.</w:t>
      </w:r>
    </w:p>
    <w:p>
      <w:pPr>
        <w:pStyle w:val="ListBullet"/>
      </w:pPr>
      <w:r>
        <w:t>Loading/error handling and basic application composition.</w:t>
      </w:r>
    </w:p>
    <w:p>
      <w:r>
        <w:rPr>
          <w:b/>
          <w:color w:val="2F75B5"/>
        </w:rPr>
        <w:t xml:space="preserve">Placement emphasis: </w:t>
      </w:r>
      <w:r>
        <w:t>Focus on full-stack integration rather than deep frontend specialization.</w:t>
      </w:r>
    </w:p>
    <w:p>
      <w:pPr>
        <w:pStyle w:val="Heading2"/>
      </w:pPr>
      <w:r>
        <w:t>Module 5: Authentication - 3 Hours</w:t>
      </w:r>
    </w:p>
    <w:p>
      <w:pPr>
        <w:pStyle w:val="ListBullet"/>
      </w:pPr>
      <w:r>
        <w:t>Password hashing.</w:t>
      </w:r>
    </w:p>
    <w:p>
      <w:pPr>
        <w:pStyle w:val="ListBullet"/>
      </w:pPr>
      <w:r>
        <w:t>JWT authentication and protected routes.</w:t>
      </w:r>
    </w:p>
    <w:p>
      <w:pPr>
        <w:pStyle w:val="ListBullet"/>
      </w:pPr>
      <w:r>
        <w:t>Authorization and roles.</w:t>
      </w:r>
    </w:p>
    <w:p>
      <w:pPr>
        <w:pStyle w:val="ListBullet"/>
      </w:pPr>
      <w:r>
        <w:t>Secure configuration and API-key handling.</w:t>
      </w:r>
    </w:p>
    <w:p>
      <w:r>
        <w:rPr>
          <w:b/>
          <w:color w:val="2F75B5"/>
        </w:rPr>
        <w:t xml:space="preserve">Placement emphasis: </w:t>
      </w:r>
      <w:r>
        <w:t>Students should be able to explain the full login/request authorization lifecycle.</w:t>
      </w:r>
    </w:p>
    <w:p>
      <w:pPr>
        <w:pStyle w:val="Heading2"/>
      </w:pPr>
      <w:r>
        <w:t>Module 6: GenAI Application Development - 6 Hours</w:t>
      </w:r>
    </w:p>
    <w:p>
      <w:pPr>
        <w:pStyle w:val="ListBullet"/>
      </w:pPr>
      <w:r>
        <w:t>LLM fundamentals, prompts, context and hallucinations.</w:t>
      </w:r>
    </w:p>
    <w:p>
      <w:pPr>
        <w:pStyle w:val="ListBullet"/>
      </w:pPr>
      <w:r>
        <w:t>Calling LLM APIs from Python/FastAPI.</w:t>
      </w:r>
    </w:p>
    <w:p>
      <w:pPr>
        <w:pStyle w:val="ListBullet"/>
      </w:pPr>
      <w:r>
        <w:t>Structured outputs and streaming concepts.</w:t>
      </w:r>
    </w:p>
    <w:p>
      <w:pPr>
        <w:pStyle w:val="ListBullet"/>
      </w:pPr>
      <w:r>
        <w:t>Embeddings and semantic similarity.</w:t>
      </w:r>
    </w:p>
    <w:p>
      <w:pPr>
        <w:pStyle w:val="ListBullet"/>
      </w:pPr>
      <w:r>
        <w:t>Vector database concepts and introductory RAG.</w:t>
      </w:r>
    </w:p>
    <w:p>
      <w:pPr>
        <w:pStyle w:val="ListBullet"/>
      </w:pPr>
      <w:r>
        <w:t>Document Q&amp;A, tool/function calling introduction and responsible validation.</w:t>
      </w:r>
    </w:p>
    <w:p>
      <w:r>
        <w:rPr>
          <w:b/>
          <w:color w:val="2F75B5"/>
        </w:rPr>
        <w:t xml:space="preserve">Placement emphasis: </w:t>
      </w:r>
      <w:r>
        <w:t>Python allows the program to expose students to GenAI engineering concepts beyond basic prompting.</w:t>
      </w:r>
    </w:p>
    <w:p>
      <w:pPr>
        <w:pStyle w:val="Heading1"/>
      </w:pPr>
      <w:r>
        <w:t>Project-Based Learning</w:t>
      </w:r>
    </w:p>
    <w:p>
      <w:pPr>
        <w:pStyle w:val="Heading2"/>
      </w:pPr>
      <w:r>
        <w:t>Project 1: Student Learning Management System - 6 Hours</w:t>
      </w:r>
    </w:p>
    <w:p>
      <w:r>
        <w:t>A non-AI full-stack application that establishes core engineering ability first.</w:t>
      </w:r>
    </w:p>
    <w:p>
      <w:pPr>
        <w:pStyle w:val="ListBullet"/>
      </w:pPr>
      <w:r>
        <w:t>Students, courses and assignments</w:t>
      </w:r>
    </w:p>
    <w:p>
      <w:pPr>
        <w:pStyle w:val="ListBullet"/>
      </w:pPr>
      <w:r>
        <w:t>Authentication and user roles</w:t>
      </w:r>
    </w:p>
    <w:p>
      <w:pPr>
        <w:pStyle w:val="ListBullet"/>
      </w:pPr>
      <w:r>
        <w:t>Progress/dashboard workflows</w:t>
      </w:r>
    </w:p>
    <w:p>
      <w:pPr>
        <w:pStyle w:val="ListBullet"/>
      </w:pPr>
      <w:r>
        <w:t>PostgreSQL persistence</w:t>
      </w:r>
    </w:p>
    <w:p>
      <w:pPr>
        <w:pStyle w:val="ListBullet"/>
      </w:pPr>
      <w:r>
        <w:t>FastAPI REST endpoints and React UI</w:t>
      </w:r>
    </w:p>
    <w:p>
      <w:r>
        <w:rPr>
          <w:b/>
        </w:rPr>
        <w:t xml:space="preserve">Why this project matters: </w:t>
      </w:r>
      <w:r>
        <w:t>Gives students a conventional software project they can explain independently of AI.</w:t>
      </w:r>
    </w:p>
    <w:p>
      <w:pPr>
        <w:pStyle w:val="Heading2"/>
      </w:pPr>
      <w:r>
        <w:t>Project 2: AI College Learning Assistant - 5 Hours</w:t>
      </w:r>
    </w:p>
    <w:p>
      <w:r>
        <w:t>A document-aware learning assistant demonstrating introductory RAG and GenAI product design.</w:t>
      </w:r>
    </w:p>
    <w:p>
      <w:pPr>
        <w:pStyle w:val="ListBullet"/>
      </w:pPr>
      <w:r>
        <w:t>Course material/notes ingestion workflow</w:t>
      </w:r>
    </w:p>
    <w:p>
      <w:pPr>
        <w:pStyle w:val="ListBullet"/>
      </w:pPr>
      <w:r>
        <w:t>Question answering over provided content</w:t>
      </w:r>
    </w:p>
    <w:p>
      <w:pPr>
        <w:pStyle w:val="ListBullet"/>
      </w:pPr>
      <w:r>
        <w:t>Summaries and quiz generation</w:t>
      </w:r>
    </w:p>
    <w:p>
      <w:pPr>
        <w:pStyle w:val="ListBullet"/>
      </w:pPr>
      <w:r>
        <w:t>Important-question generation</w:t>
      </w:r>
    </w:p>
    <w:p>
      <w:pPr>
        <w:pStyle w:val="ListBullet"/>
      </w:pPr>
      <w:r>
        <w:t>Personalized learning-plan suggestions</w:t>
      </w:r>
    </w:p>
    <w:p>
      <w:r>
        <w:rPr>
          <w:b/>
        </w:rPr>
        <w:t xml:space="preserve">Why this project matters: </w:t>
      </w:r>
      <w:r>
        <w:t>Creates a strong bridge between Python web engineering and practical GenAI/RAG workflows.</w:t>
      </w:r>
    </w:p>
    <w:p>
      <w:pPr>
        <w:pStyle w:val="Heading1"/>
      </w:pPr>
      <w:r>
        <w:t>Assessment &amp; Placement Readiness</w:t>
      </w:r>
    </w:p>
    <w:p>
      <w:pPr>
        <w:pStyle w:val="ListBullet"/>
      </w:pPr>
      <w:r>
        <w:t>Module-wise coding/lab checkpoints and short technical quizzes.</w:t>
      </w:r>
    </w:p>
    <w:p>
      <w:pPr>
        <w:pStyle w:val="ListBullet"/>
      </w:pPr>
      <w:r>
        <w:t>GitHub repository review: structure, commits, README, configuration and code quality.</w:t>
      </w:r>
    </w:p>
    <w:p>
      <w:pPr>
        <w:pStyle w:val="ListBullet"/>
      </w:pPr>
      <w:r>
        <w:t>Project demonstration and technical viva focused on architecture, debugging and design choices.</w:t>
      </w:r>
    </w:p>
    <w:p>
      <w:pPr>
        <w:pStyle w:val="ListBullet"/>
      </w:pPr>
      <w:r>
        <w:t>Resume-ready project description and guidance on explaining the project in interviews.</w:t>
      </w:r>
    </w:p>
    <w:p>
      <w:pPr>
        <w:pStyle w:val="ListBullet"/>
      </w:pPr>
      <w:r>
        <w:t>Mock technical questions covering the stack, APIs, database, deployment and GenAI usage.</w:t>
      </w:r>
    </w:p>
    <w:p>
      <w:pPr>
        <w:pStyle w:val="Heading2"/>
      </w:pPr>
      <w:r>
        <w:t>Expected Student Portfolio</w:t>
      </w:r>
    </w:p>
    <w:p>
      <w:pPr>
        <w:pStyle w:val="ListBullet"/>
      </w:pPr>
      <w:r>
        <w:t>Two demonstrable projects</w:t>
      </w:r>
    </w:p>
    <w:p>
      <w:pPr>
        <w:pStyle w:val="ListBullet"/>
      </w:pPr>
      <w:r>
        <w:t>At least one deployed application/workflow</w:t>
      </w:r>
    </w:p>
    <w:p>
      <w:pPr>
        <w:pStyle w:val="ListBullet"/>
      </w:pPr>
      <w:r>
        <w:t>GitHub repositories with professional README files</w:t>
      </w:r>
    </w:p>
    <w:p>
      <w:pPr>
        <w:pStyle w:val="ListBullet"/>
      </w:pPr>
      <w:r>
        <w:t>Architecture explanation and project presentation</w:t>
      </w:r>
    </w:p>
    <w:p>
      <w:pPr>
        <w:pStyle w:val="ListBullet"/>
      </w:pPr>
      <w:r>
        <w:t>Resume-ready project bullets and interview talking points</w:t>
      </w:r>
    </w:p>
    <w:p>
      <w:pPr>
        <w:pStyle w:val="Heading1"/>
      </w:pPr>
      <w:r>
        <w:t>Extension Path: 40 Hours to 100 Hours</w:t>
      </w:r>
    </w:p>
    <w:p>
      <w:r>
        <w:t>The 40-hour version is designed as an intensive placement-oriented core. The same program can be expanded up to 100 hours through deeper labs, advanced concepts, assessments, interview preparation and larger project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Extension Area</w:t>
            </w:r>
          </w:p>
        </w:tc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Additional Coverage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Python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OOP, typing, decorators, iterators/generators, async programming, testing and coding exercises.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FastAPI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Dependency injection, background tasks, async endpoints, advanced validation, middleware and testing.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Database engineering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SQL, SQLAlchemy relationships, migrations, transactions, indexing and optimization.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GenAI/RAG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Embeddings, chunking, vector stores, RAG pipelines, tool calling, guardrails, evaluation and agents introduction.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Frontend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Deeper React, state management and richer AI streaming interfaces.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Deployment/MLOps bridge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Docker, CI/CD, cloud deployment, observability and model/API cost monitoring.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Placement preparation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Python coding drills, API/system-design basics, mock interviews, capstone and technical viva.</w:t>
            </w:r>
          </w:p>
        </w:tc>
      </w:tr>
    </w:tbl>
    <w:p>
      <w:pPr>
        <w:pStyle w:val="Heading2"/>
      </w:pPr>
      <w:r>
        <w:t>Delivery Model</w:t>
      </w:r>
    </w:p>
    <w:p>
      <w:pPr>
        <w:pStyle w:val="ListBullet"/>
      </w:pPr>
      <w:r>
        <w:t>Instructor-led concept sessions</w:t>
      </w:r>
    </w:p>
    <w:p>
      <w:pPr>
        <w:pStyle w:val="ListBullet"/>
      </w:pPr>
      <w:r>
        <w:t>Guided hands-on labs</w:t>
      </w:r>
    </w:p>
    <w:p>
      <w:pPr>
        <w:pStyle w:val="ListBullet"/>
      </w:pPr>
      <w:r>
        <w:t>Individual and team project work</w:t>
      </w:r>
    </w:p>
    <w:p>
      <w:pPr>
        <w:pStyle w:val="ListBullet"/>
      </w:pPr>
      <w:r>
        <w:t>Code reviews and debugging clinics</w:t>
      </w:r>
    </w:p>
    <w:p>
      <w:pPr>
        <w:pStyle w:val="ListBullet"/>
      </w:pPr>
      <w:r>
        <w:t>Technical viva and mock interview sessions</w:t>
      </w:r>
    </w:p>
    <w:p>
      <w:pPr>
        <w:pStyle w:val="ListBullet"/>
      </w:pPr>
      <w:r>
        <w:t>Optional college-specific hackathon or capstone showcase</w:t>
      </w:r>
    </w:p>
    <w:p>
      <w:pPr>
        <w:pStyle w:val="Heading1"/>
      </w:pPr>
      <w:r>
        <w:t>Prerequisites</w:t>
      </w:r>
    </w:p>
    <w:p>
      <w:r>
        <w:t>Basic programming familiarity is recommended. Prior Python knowledge is helpful but not mandatory if students can complete a short pre-course bridge. Basic HTML/CSS/JavaScript helps with the frontend module.</w:t>
      </w:r>
    </w:p>
    <w:p>
      <w:r>
        <w:rPr>
          <w:b/>
        </w:rPr>
        <w:t xml:space="preserve">Recommended positioning to students: </w:t>
      </w:r>
      <w:r>
        <w:t>Build software independently first; then learn to use GenAI as an engineering accelerator and as a capability inside applications.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40-Hour Core Track  |  Extendable to 100 Hours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2F75B5"/>
        <w:sz w:val="16"/>
      </w:rPr>
      <w:t>EDUPOLY SOLUTIONS PVT LTD  |  PLACEMENT ACCELERATOR PROGRAMS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