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F75B5"/>
          <w:sz w:val="20"/>
        </w:rPr>
        <w:t>PLACEMENT ACCELERATOR</w:t>
      </w:r>
    </w:p>
    <w:p>
      <w:pPr>
        <w:pStyle w:val="Title"/>
        <w:jc w:val="center"/>
      </w:pPr>
      <w:r>
        <w:t>Full Stack Engineering with MEAN + GenAI</w:t>
      </w:r>
    </w:p>
    <w:p>
      <w:pPr>
        <w:jc w:val="center"/>
      </w:pPr>
      <w:r>
        <w:rPr>
          <w:i/>
          <w:color w:val="555555"/>
          <w:sz w:val="22"/>
        </w:rPr>
        <w:t>Structured Angular engineering, scalable Node APIs, GenAI integration and two placement-ready projects.</w:t>
      </w:r>
    </w:p>
    <w:p>
      <w:pPr>
        <w:jc w:val="center"/>
      </w:pPr>
      <w:r>
        <w:rPr>
          <w:b/>
          <w:color w:val="17365D"/>
          <w:sz w:val="20"/>
        </w:rPr>
        <w:t>Standard Duration: 40 Hours  |  Extended Industry Track: Up to 100 Hours</w:t>
      </w:r>
    </w:p>
    <w:p/>
    <w:p>
      <w:pPr>
        <w:pStyle w:val="Heading1"/>
      </w:pPr>
      <w:r>
        <w:t>Program Overview</w:t>
      </w:r>
    </w:p>
    <w:p>
      <w:r>
        <w:rPr>
          <w:b/>
        </w:rPr>
        <w:t xml:space="preserve">Target Audience: </w:t>
      </w:r>
      <w:r>
        <w:t>2nd/3rd-year B.Tech students with basic programming knowledge.</w:t>
      </w:r>
    </w:p>
    <w:p>
      <w:r>
        <w:rPr>
          <w:b/>
        </w:rPr>
        <w:t xml:space="preserve">Program Objective: </w:t>
      </w:r>
      <w:r>
        <w:t>Develop structured full-stack applications using Angular, Node.js, Express and MongoDB, while building GenAI features and strong placement-oriented architecture understanding.</w:t>
      </w:r>
    </w:p>
    <w:p>
      <w:r>
        <w:rPr>
          <w:b/>
        </w:rPr>
        <w:t xml:space="preserve">Core Technology Stack: </w:t>
      </w:r>
      <w:r>
        <w:t>MongoDB + Express.js + Angular + Node.js + TypeScript + GenAI APIs</w:t>
      </w:r>
    </w:p>
    <w:p>
      <w:pPr>
        <w:pStyle w:val="Heading2"/>
      </w:pPr>
      <w:r>
        <w:t>Learning Outcomes</w:t>
      </w:r>
    </w:p>
    <w:p>
      <w:pPr>
        <w:pStyle w:val="ListBullet"/>
      </w:pPr>
      <w:r>
        <w:t>Use TypeScript and Angular to build modular frontends.</w:t>
      </w:r>
    </w:p>
    <w:p>
      <w:pPr>
        <w:pStyle w:val="ListBullet"/>
      </w:pPr>
      <w:r>
        <w:t>Create REST APIs with Node.js/Express and persistence with MongoDB.</w:t>
      </w:r>
    </w:p>
    <w:p>
      <w:pPr>
        <w:pStyle w:val="ListBullet"/>
      </w:pPr>
      <w:r>
        <w:t>Apply services, dependency injection, guards/interceptors and layered backend design.</w:t>
      </w:r>
    </w:p>
    <w:p>
      <w:pPr>
        <w:pStyle w:val="ListBullet"/>
      </w:pPr>
      <w:r>
        <w:t>Integrate GenAI APIs for useful product workflows.</w:t>
      </w:r>
    </w:p>
    <w:p>
      <w:pPr>
        <w:pStyle w:val="ListBullet"/>
      </w:pPr>
      <w:r>
        <w:t>Deploy, document and explain end-to-end application architecture.</w:t>
      </w:r>
    </w:p>
    <w:p>
      <w:pPr>
        <w:pStyle w:val="Heading1"/>
      </w:pPr>
      <w:r>
        <w:t>40-Hour Curriculum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Module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Key Coverage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Hours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JavaScript &amp; TypeScript Foundations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Modern JS, TypeScript types/interfaces/classes, async programming, REST, Git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4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Node.js &amp; Express Backend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Routes, middleware, controllers, services, repositories, validation, auth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MongoDB &amp; Mongoose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Schemas, CRUD, relationships, validation and queries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3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Angular Application Development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Components, templates, binding, directives, services, DI, forms, routing, HTTP, RxJS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7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Authentication &amp; Security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JWT, guards, interceptors, roles and secure API integration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3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GenAI Integration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LLM basics, prompts, structured outputs, Angular-Node-AI workflows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4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Project 1 - From Scratch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Recruitment Management System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6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Project 2 - AI Workflow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AI Interview Preparation Portal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Deployment &amp; Placement Readiness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Build/deploy, GitHub, architecture and interview prep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3</w:t>
            </w:r>
          </w:p>
        </w:tc>
      </w:tr>
    </w:tbl>
    <w:p>
      <w:pPr>
        <w:pStyle w:val="Heading1"/>
      </w:pPr>
      <w:r>
        <w:t>Detailed Module Content</w:t>
      </w:r>
    </w:p>
    <w:p>
      <w:pPr>
        <w:pStyle w:val="Heading2"/>
      </w:pPr>
      <w:r>
        <w:t>Module 1: JavaScript &amp; TypeScript Foundations - 4 Hours</w:t>
      </w:r>
    </w:p>
    <w:p>
      <w:pPr>
        <w:pStyle w:val="ListBullet"/>
      </w:pPr>
      <w:r>
        <w:t>Modern JavaScript refresh and asynchronous programming.</w:t>
      </w:r>
    </w:p>
    <w:p>
      <w:pPr>
        <w:pStyle w:val="ListBullet"/>
      </w:pPr>
      <w:r>
        <w:t>TypeScript primitive/custom types, interfaces and classes.</w:t>
      </w:r>
    </w:p>
    <w:p>
      <w:pPr>
        <w:pStyle w:val="ListBullet"/>
      </w:pPr>
      <w:r>
        <w:t>Access modifiers, generics introduction and modules.</w:t>
      </w:r>
    </w:p>
    <w:p>
      <w:pPr>
        <w:pStyle w:val="ListBullet"/>
      </w:pPr>
      <w:r>
        <w:t>HTTP/REST concepts and Git/GitHub workflow.</w:t>
      </w:r>
    </w:p>
    <w:p>
      <w:r>
        <w:rPr>
          <w:b/>
          <w:color w:val="2F75B5"/>
        </w:rPr>
        <w:t xml:space="preserve">Placement emphasis: </w:t>
      </w:r>
      <w:r>
        <w:t>TypeScript typing and async behavior are essential for Angular interviews.</w:t>
      </w:r>
    </w:p>
    <w:p>
      <w:pPr>
        <w:pStyle w:val="Heading2"/>
      </w:pPr>
      <w:r>
        <w:t>Module 2: Node.js &amp; Express Backend - 5 Hours</w:t>
      </w:r>
    </w:p>
    <w:p>
      <w:pPr>
        <w:pStyle w:val="ListBullet"/>
      </w:pPr>
      <w:r>
        <w:t>Express project setup and routing.</w:t>
      </w:r>
    </w:p>
    <w:p>
      <w:pPr>
        <w:pStyle w:val="ListBullet"/>
      </w:pPr>
      <w:r>
        <w:t>Controllers, middleware, services and repository pattern.</w:t>
      </w:r>
    </w:p>
    <w:p>
      <w:pPr>
        <w:pStyle w:val="ListBullet"/>
      </w:pPr>
      <w:r>
        <w:t>Validation, error handling and configuration.</w:t>
      </w:r>
    </w:p>
    <w:p>
      <w:pPr>
        <w:pStyle w:val="ListBullet"/>
      </w:pPr>
      <w:r>
        <w:t>REST API design and authentication fundamentals.</w:t>
      </w:r>
    </w:p>
    <w:p>
      <w:r>
        <w:rPr>
          <w:b/>
          <w:color w:val="2F75B5"/>
        </w:rPr>
        <w:t xml:space="preserve">Placement emphasis: </w:t>
      </w:r>
      <w:r>
        <w:t>Students practice explaining how a request travels from route to database and back.</w:t>
      </w:r>
    </w:p>
    <w:p>
      <w:pPr>
        <w:pStyle w:val="Heading2"/>
      </w:pPr>
      <w:r>
        <w:t>Module 3: MongoDB &amp; Mongoose - 3 Hours</w:t>
      </w:r>
    </w:p>
    <w:p>
      <w:pPr>
        <w:pStyle w:val="ListBullet"/>
      </w:pPr>
      <w:r>
        <w:t>MongoDB collections/documents and Atlas.</w:t>
      </w:r>
    </w:p>
    <w:p>
      <w:pPr>
        <w:pStyle w:val="ListBullet"/>
      </w:pPr>
      <w:r>
        <w:t>Mongoose models, schemas and validations.</w:t>
      </w:r>
    </w:p>
    <w:p>
      <w:pPr>
        <w:pStyle w:val="ListBullet"/>
      </w:pPr>
      <w:r>
        <w:t>CRUD, references and common query patterns.</w:t>
      </w:r>
    </w:p>
    <w:p>
      <w:r>
        <w:rPr>
          <w:b/>
          <w:color w:val="2F75B5"/>
        </w:rPr>
        <w:t xml:space="preserve">Placement emphasis: </w:t>
      </w:r>
      <w:r>
        <w:t>Focus on data modeling decisions and API/database interaction.</w:t>
      </w:r>
    </w:p>
    <w:p>
      <w:pPr>
        <w:pStyle w:val="Heading2"/>
      </w:pPr>
      <w:r>
        <w:t>Module 4: Angular Application Development - 7 Hours</w:t>
      </w:r>
    </w:p>
    <w:p>
      <w:pPr>
        <w:pStyle w:val="ListBullet"/>
      </w:pPr>
      <w:r>
        <w:t>Angular structure, components and templates.</w:t>
      </w:r>
    </w:p>
    <w:p>
      <w:pPr>
        <w:pStyle w:val="ListBullet"/>
      </w:pPr>
      <w:r>
        <w:t>Interpolation, property/event/two-way binding.</w:t>
      </w:r>
    </w:p>
    <w:p>
      <w:pPr>
        <w:pStyle w:val="ListBullet"/>
      </w:pPr>
      <w:r>
        <w:t>Directives, pipes and reusable UI.</w:t>
      </w:r>
    </w:p>
    <w:p>
      <w:pPr>
        <w:pStyle w:val="ListBullet"/>
      </w:pPr>
      <w:r>
        <w:t>Services and dependency injection.</w:t>
      </w:r>
    </w:p>
    <w:p>
      <w:pPr>
        <w:pStyle w:val="ListBullet"/>
      </w:pPr>
      <w:r>
        <w:t>Routing, reactive forms and validation.</w:t>
      </w:r>
    </w:p>
    <w:p>
      <w:pPr>
        <w:pStyle w:val="ListBullet"/>
      </w:pPr>
      <w:r>
        <w:t>HttpClient, Observables/RxJS introduction.</w:t>
      </w:r>
    </w:p>
    <w:p>
      <w:pPr>
        <w:pStyle w:val="ListBullet"/>
      </w:pPr>
      <w:r>
        <w:t>Guards and interceptors.</w:t>
      </w:r>
    </w:p>
    <w:p>
      <w:r>
        <w:rPr>
          <w:b/>
          <w:color w:val="2F75B5"/>
        </w:rPr>
        <w:t xml:space="preserve">Placement emphasis: </w:t>
      </w:r>
      <w:r>
        <w:t>Angular architecture provides strong material for placement questions on DI, services, forms, routing and RxJS.</w:t>
      </w:r>
    </w:p>
    <w:p>
      <w:pPr>
        <w:pStyle w:val="Heading2"/>
      </w:pPr>
      <w:r>
        <w:t>Module 5: Authentication &amp; Security - 3 Hours</w:t>
      </w:r>
    </w:p>
    <w:p>
      <w:pPr>
        <w:pStyle w:val="ListBullet"/>
      </w:pPr>
      <w:r>
        <w:t>JWT login and registration.</w:t>
      </w:r>
    </w:p>
    <w:p>
      <w:pPr>
        <w:pStyle w:val="ListBullet"/>
      </w:pPr>
      <w:r>
        <w:t>Route guards and HTTP interceptors.</w:t>
      </w:r>
    </w:p>
    <w:p>
      <w:pPr>
        <w:pStyle w:val="ListBullet"/>
      </w:pPr>
      <w:r>
        <w:t>Role-based authorization and protected backend APIs.</w:t>
      </w:r>
    </w:p>
    <w:p>
      <w:pPr>
        <w:pStyle w:val="ListBullet"/>
      </w:pPr>
      <w:r>
        <w:t>CORS and token handling basics.</w:t>
      </w:r>
    </w:p>
    <w:p>
      <w:r>
        <w:rPr>
          <w:b/>
          <w:color w:val="2F75B5"/>
        </w:rPr>
        <w:t xml:space="preserve">Placement emphasis: </w:t>
      </w:r>
      <w:r>
        <w:t>Students connect Angular security mechanisms with backend authorization.</w:t>
      </w:r>
    </w:p>
    <w:p>
      <w:pPr>
        <w:pStyle w:val="Heading2"/>
      </w:pPr>
      <w:r>
        <w:t>Module 6: GenAI Integration - 4 Hours</w:t>
      </w:r>
    </w:p>
    <w:p>
      <w:pPr>
        <w:pStyle w:val="ListBullet"/>
      </w:pPr>
      <w:r>
        <w:t>LLM and prompt fundamentals.</w:t>
      </w:r>
    </w:p>
    <w:p>
      <w:pPr>
        <w:pStyle w:val="ListBullet"/>
      </w:pPr>
      <w:r>
        <w:t>Calling LLM services through Node rather than exposing keys in the client.</w:t>
      </w:r>
    </w:p>
    <w:p>
      <w:pPr>
        <w:pStyle w:val="ListBullet"/>
      </w:pPr>
      <w:r>
        <w:t>Structured outputs and reusable AI service layer.</w:t>
      </w:r>
    </w:p>
    <w:p>
      <w:pPr>
        <w:pStyle w:val="ListBullet"/>
      </w:pPr>
      <w:r>
        <w:t>Streaming/long-running response UI concepts.</w:t>
      </w:r>
    </w:p>
    <w:p>
      <w:pPr>
        <w:pStyle w:val="ListBullet"/>
      </w:pPr>
      <w:r>
        <w:t>AI-assisted coding and validation workflows.</w:t>
      </w:r>
    </w:p>
    <w:p>
      <w:r>
        <w:rPr>
          <w:b/>
          <w:color w:val="2F75B5"/>
        </w:rPr>
        <w:t xml:space="preserve">Placement emphasis: </w:t>
      </w:r>
      <w:r>
        <w:t>Students must explain what AI generated, what they verified and what they implemented themselves.</w:t>
      </w:r>
    </w:p>
    <w:p>
      <w:pPr>
        <w:pStyle w:val="Heading1"/>
      </w:pPr>
      <w:r>
        <w:t>Project-Based Learning</w:t>
      </w:r>
    </w:p>
    <w:p>
      <w:pPr>
        <w:pStyle w:val="Heading2"/>
      </w:pPr>
      <w:r>
        <w:t>Project 1: Recruitment Management System - 6 Hours</w:t>
      </w:r>
    </w:p>
    <w:p>
      <w:r>
        <w:t>A structured MEAN application focusing on enterprise-like separation and frontend architecture.</w:t>
      </w:r>
    </w:p>
    <w:p>
      <w:pPr>
        <w:pStyle w:val="ListBullet"/>
      </w:pPr>
      <w:r>
        <w:t>Student/recruiter/admin roles</w:t>
      </w:r>
    </w:p>
    <w:p>
      <w:pPr>
        <w:pStyle w:val="ListBullet"/>
      </w:pPr>
      <w:r>
        <w:t>Job postings and applications</w:t>
      </w:r>
    </w:p>
    <w:p>
      <w:pPr>
        <w:pStyle w:val="ListBullet"/>
      </w:pPr>
      <w:r>
        <w:t>Angular dashboards and reactive forms</w:t>
      </w:r>
    </w:p>
    <w:p>
      <w:pPr>
        <w:pStyle w:val="ListBullet"/>
      </w:pPr>
      <w:r>
        <w:t>REST APIs and MongoDB</w:t>
      </w:r>
    </w:p>
    <w:p>
      <w:pPr>
        <w:pStyle w:val="ListBullet"/>
      </w:pPr>
      <w:r>
        <w:t>Authentication, guards and authorization</w:t>
      </w:r>
    </w:p>
    <w:p>
      <w:r>
        <w:rPr>
          <w:b/>
        </w:rPr>
        <w:t xml:space="preserve">Why this project matters: </w:t>
      </w:r>
      <w:r>
        <w:t>Demonstrates Angular structure and full-stack integration in a project that maps directly to placement scenarios.</w:t>
      </w:r>
    </w:p>
    <w:p>
      <w:pPr>
        <w:pStyle w:val="Heading2"/>
      </w:pPr>
      <w:r>
        <w:t>Project 2: AI Interview Preparation Portal - 5 Hours</w:t>
      </w:r>
    </w:p>
    <w:p>
      <w:r>
        <w:t>An AI-enhanced placement platform built on the same engineering fundamentals.</w:t>
      </w:r>
    </w:p>
    <w:p>
      <w:pPr>
        <w:pStyle w:val="ListBullet"/>
      </w:pPr>
      <w:r>
        <w:t>Technical question generator</w:t>
      </w:r>
    </w:p>
    <w:p>
      <w:pPr>
        <w:pStyle w:val="ListBullet"/>
      </w:pPr>
      <w:r>
        <w:t>Company/role-based interview practice</w:t>
      </w:r>
    </w:p>
    <w:p>
      <w:pPr>
        <w:pStyle w:val="ListBullet"/>
      </w:pPr>
      <w:r>
        <w:t>Resume analysis</w:t>
      </w:r>
    </w:p>
    <w:p>
      <w:pPr>
        <w:pStyle w:val="ListBullet"/>
      </w:pPr>
      <w:r>
        <w:t>Mock interview prompts and feedback</w:t>
      </w:r>
    </w:p>
    <w:p>
      <w:pPr>
        <w:pStyle w:val="ListBullet"/>
      </w:pPr>
      <w:r>
        <w:t>Skill-gap recommendations</w:t>
      </w:r>
    </w:p>
    <w:p>
      <w:r>
        <w:rPr>
          <w:b/>
        </w:rPr>
        <w:t xml:space="preserve">Why this project matters: </w:t>
      </w:r>
      <w:r>
        <w:t>Combines Angular application architecture with a practical AI workflow that students can explain in interviews.</w:t>
      </w:r>
    </w:p>
    <w:p>
      <w:pPr>
        <w:pStyle w:val="Heading1"/>
      </w:pPr>
      <w:r>
        <w:t>Assessment &amp; Placement Readiness</w:t>
      </w:r>
    </w:p>
    <w:p>
      <w:pPr>
        <w:pStyle w:val="ListBullet"/>
      </w:pPr>
      <w:r>
        <w:t>Module-wise coding/lab checkpoints and short technical quizzes.</w:t>
      </w:r>
    </w:p>
    <w:p>
      <w:pPr>
        <w:pStyle w:val="ListBullet"/>
      </w:pPr>
      <w:r>
        <w:t>GitHub repository review: structure, commits, README, configuration and code quality.</w:t>
      </w:r>
    </w:p>
    <w:p>
      <w:pPr>
        <w:pStyle w:val="ListBullet"/>
      </w:pPr>
      <w:r>
        <w:t>Project demonstration and technical viva focused on architecture, debugging and design choices.</w:t>
      </w:r>
    </w:p>
    <w:p>
      <w:pPr>
        <w:pStyle w:val="ListBullet"/>
      </w:pPr>
      <w:r>
        <w:t>Resume-ready project description and guidance on explaining the project in interviews.</w:t>
      </w:r>
    </w:p>
    <w:p>
      <w:pPr>
        <w:pStyle w:val="ListBullet"/>
      </w:pPr>
      <w:r>
        <w:t>Mock technical questions covering the stack, APIs, database, deployment and GenAI usage.</w:t>
      </w:r>
    </w:p>
    <w:p>
      <w:pPr>
        <w:pStyle w:val="Heading2"/>
      </w:pPr>
      <w:r>
        <w:t>Expected Student Portfolio</w:t>
      </w:r>
    </w:p>
    <w:p>
      <w:pPr>
        <w:pStyle w:val="ListBullet"/>
      </w:pPr>
      <w:r>
        <w:t>Two demonstrable projects</w:t>
      </w:r>
    </w:p>
    <w:p>
      <w:pPr>
        <w:pStyle w:val="ListBullet"/>
      </w:pPr>
      <w:r>
        <w:t>At least one deployed application/workflow</w:t>
      </w:r>
    </w:p>
    <w:p>
      <w:pPr>
        <w:pStyle w:val="ListBullet"/>
      </w:pPr>
      <w:r>
        <w:t>GitHub repositories with professional README files</w:t>
      </w:r>
    </w:p>
    <w:p>
      <w:pPr>
        <w:pStyle w:val="ListBullet"/>
      </w:pPr>
      <w:r>
        <w:t>Architecture explanation and project presentation</w:t>
      </w:r>
    </w:p>
    <w:p>
      <w:pPr>
        <w:pStyle w:val="ListBullet"/>
      </w:pPr>
      <w:r>
        <w:t>Resume-ready project bullets and interview talking points</w:t>
      </w:r>
    </w:p>
    <w:p>
      <w:pPr>
        <w:pStyle w:val="Heading1"/>
      </w:pPr>
      <w:r>
        <w:t>Extension Path: 40 Hours to 100 Hours</w:t>
      </w:r>
    </w:p>
    <w:p>
      <w:r>
        <w:t>The 40-hour version is designed as an intensive placement-oriented core. The same program can be expanded up to 100 hours through deeper labs, advanced concepts, assessments, interview preparation and larger project work.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Extension Area</w:t>
            </w:r>
          </w:p>
        </w:tc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Additional Coverage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Programming &amp; problem solving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Additional coding exercises, DSA foundations and interview-style problems.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Framework depth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Advanced architecture, reusable components, security, performance and testing.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Database engineering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Advanced queries, indexing, transactions, data modeling and optimization.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GenAI engineering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RAG, embeddings, tool calling, structured outputs, guardrails and evaluation.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Cloud &amp; deployment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Production deployment, CI/CD, observability and environment management.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Project development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Larger capstone, code review cycles, documentation and team collaboration.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Placement preparation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Resume review, mock interviews, technical viva, aptitude/coding drills and project presentation.</w:t>
            </w:r>
          </w:p>
        </w:tc>
      </w:tr>
    </w:tbl>
    <w:p>
      <w:pPr>
        <w:pStyle w:val="Heading2"/>
      </w:pPr>
      <w:r>
        <w:t>Delivery Model</w:t>
      </w:r>
    </w:p>
    <w:p>
      <w:pPr>
        <w:pStyle w:val="ListBullet"/>
      </w:pPr>
      <w:r>
        <w:t>Instructor-led concept sessions</w:t>
      </w:r>
    </w:p>
    <w:p>
      <w:pPr>
        <w:pStyle w:val="ListBullet"/>
      </w:pPr>
      <w:r>
        <w:t>Guided hands-on labs</w:t>
      </w:r>
    </w:p>
    <w:p>
      <w:pPr>
        <w:pStyle w:val="ListBullet"/>
      </w:pPr>
      <w:r>
        <w:t>Individual and team project work</w:t>
      </w:r>
    </w:p>
    <w:p>
      <w:pPr>
        <w:pStyle w:val="ListBullet"/>
      </w:pPr>
      <w:r>
        <w:t>Code reviews and debugging clinics</w:t>
      </w:r>
    </w:p>
    <w:p>
      <w:pPr>
        <w:pStyle w:val="ListBullet"/>
      </w:pPr>
      <w:r>
        <w:t>Technical viva and mock interview sessions</w:t>
      </w:r>
    </w:p>
    <w:p>
      <w:pPr>
        <w:pStyle w:val="ListBullet"/>
      </w:pPr>
      <w:r>
        <w:t>Optional college-specific hackathon or capstone showcase</w:t>
      </w:r>
    </w:p>
    <w:p>
      <w:pPr>
        <w:pStyle w:val="Heading1"/>
      </w:pPr>
      <w:r>
        <w:t>Prerequisites</w:t>
      </w:r>
    </w:p>
    <w:p>
      <w:r>
        <w:t>Basic programming and JavaScript familiarity are recommended. Prior TypeScript/Angular knowledge is not required for the 40-hour core if students are comfortable with JavaScript.</w:t>
      </w:r>
    </w:p>
    <w:p>
      <w:r>
        <w:rPr>
          <w:b/>
        </w:rPr>
        <w:t xml:space="preserve">Recommended positioning to students: </w:t>
      </w:r>
      <w:r>
        <w:t>Build software independently first; then learn to use GenAI as an engineering accelerator and as a capability inside applications.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40-Hour Core Track  |  Extendable to 100 Hours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2F75B5"/>
        <w:sz w:val="16"/>
      </w:rPr>
      <w:t>EDUPOLY SOLUTIONS PVT LTD  |  PLACEMENT ACCELERATOR PROGRAMS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