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Full Stack Engineering with MERN + GenAI</w:t>
      </w:r>
    </w:p>
    <w:p>
      <w:pPr>
        <w:jc w:val="center"/>
      </w:pPr>
      <w:r>
        <w:rPr>
          <w:i/>
          <w:color w:val="555555"/>
          <w:sz w:val="22"/>
        </w:rPr>
        <w:t>Build modern web applications, integrate GenAI capabilities, and prepare students to explain real engineering work in placements.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Overview</w:t>
      </w:r>
    </w:p>
    <w:p>
      <w:r>
        <w:rPr>
          <w:b/>
        </w:rPr>
        <w:t xml:space="preserve">Target Audience: </w:t>
      </w:r>
      <w:r>
        <w:t>2nd/3rd-year B.Tech students with basic programming knowledge.</w:t>
      </w:r>
    </w:p>
    <w:p>
      <w:r>
        <w:rPr>
          <w:b/>
        </w:rPr>
        <w:t xml:space="preserve">Program Objective: </w:t>
      </w:r>
      <w:r>
        <w:t>Develop end-to-end MERN engineering skills, build two portfolio projects, integrate GenAI responsibly, deploy applications and improve technical interview readiness.</w:t>
      </w:r>
    </w:p>
    <w:p>
      <w:r>
        <w:rPr>
          <w:b/>
        </w:rPr>
        <w:t xml:space="preserve">Core Technology Stack: </w:t>
      </w:r>
      <w:r>
        <w:t>MongoDB + Express.js + React.js + Node.js + GenAI APIs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Build RESTful full-stack applications using React, Node.js, Express and MongoDB.</w:t>
      </w:r>
    </w:p>
    <w:p>
      <w:pPr>
        <w:pStyle w:val="ListBullet"/>
      </w:pPr>
      <w:r>
        <w:t>Implement authentication, validation, service/repository structure and secure API practices.</w:t>
      </w:r>
    </w:p>
    <w:p>
      <w:pPr>
        <w:pStyle w:val="ListBullet"/>
      </w:pPr>
      <w:r>
        <w:t>Integrate LLM APIs for practical AI-assisted product features.</w:t>
      </w:r>
    </w:p>
    <w:p>
      <w:pPr>
        <w:pStyle w:val="ListBullet"/>
      </w:pPr>
      <w:r>
        <w:t>Use Git/GitHub, deployment workflows and professional project documentation.</w:t>
      </w:r>
    </w:p>
    <w:p>
      <w:pPr>
        <w:pStyle w:val="ListBullet"/>
      </w:pPr>
      <w:r>
        <w:t>Explain architecture, debugging decisions and AI usage clearly in technical interviews.</w:t>
      </w:r>
    </w:p>
    <w:p>
      <w:pPr>
        <w:pStyle w:val="Heading1"/>
      </w:pPr>
      <w:r>
        <w:t>40-Hour Curriculum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Key Coverage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JavaScript &amp; Web Foundations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Modern JavaScript, async programming, HTTP/REST, JSON, Git/GitHub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Node.js &amp; Express Backend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Node architecture, routing, controllers, middleware, services, repositories, validation, error handling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MongoDB &amp; Mongoose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Documents, schemas, CRUD, queries, relationships, validation, indexing basics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React Application Development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Components, JSX, props/state, hooks, forms, routing, API integration, UI states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Authentication &amp; App Architecture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JWT, password hashing, protected routes, roles, CORS, environment variables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GenAI for Full Stack Developers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LLM fundamentals, prompts, structured output, API integration, streaming, AI-assisted workflows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1 - From Scratch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Campus Placement Management System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7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2 - AI Workflow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AI Placement Assistant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Deployment &amp; Placement Readiness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Deployment, GitHub polish, README, interview preparation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2</w:t>
            </w:r>
          </w:p>
        </w:tc>
      </w:tr>
    </w:tbl>
    <w:p>
      <w:pPr>
        <w:pStyle w:val="Heading1"/>
      </w:pPr>
      <w:r>
        <w:t>Detailed Module Content</w:t>
      </w:r>
    </w:p>
    <w:p>
      <w:pPr>
        <w:pStyle w:val="Heading2"/>
      </w:pPr>
      <w:r>
        <w:t>Module 1: JavaScript &amp; Web Engineering Foundations - 4 Hours</w:t>
      </w:r>
    </w:p>
    <w:p>
      <w:pPr>
        <w:pStyle w:val="ListBullet"/>
      </w:pPr>
      <w:r>
        <w:t>ES6+ syntax: let/const, arrow functions, destructuring, spread/rest and modules.</w:t>
      </w:r>
    </w:p>
    <w:p>
      <w:pPr>
        <w:pStyle w:val="ListBullet"/>
      </w:pPr>
      <w:r>
        <w:t>Scope, closures, callbacks, promises, async/await and common asynchronous patterns.</w:t>
      </w:r>
    </w:p>
    <w:p>
      <w:pPr>
        <w:pStyle w:val="ListBullet"/>
      </w:pPr>
      <w:r>
        <w:t>Browser/server communication, HTTP methods, status codes, REST fundamentals and JSON.</w:t>
      </w:r>
    </w:p>
    <w:p>
      <w:pPr>
        <w:pStyle w:val="ListBullet"/>
      </w:pPr>
      <w:r>
        <w:t>Git basics, repositories, commits, branches and GitHub workflow.</w:t>
      </w:r>
    </w:p>
    <w:p>
      <w:r>
        <w:rPr>
          <w:b/>
          <w:color w:val="2F75B5"/>
        </w:rPr>
        <w:t xml:space="preserve">Placement emphasis: </w:t>
      </w:r>
      <w:r>
        <w:t>JavaScript execution, scope, closures, async programming and REST are frequent placement discussion areas.</w:t>
      </w:r>
    </w:p>
    <w:p>
      <w:pPr>
        <w:pStyle w:val="Heading2"/>
      </w:pPr>
      <w:r>
        <w:t>Module 2: Node.js &amp; Express Backend - 5 Hours</w:t>
      </w:r>
    </w:p>
    <w:p>
      <w:pPr>
        <w:pStyle w:val="ListBullet"/>
      </w:pPr>
      <w:r>
        <w:t>Node.js runtime and npm ecosystem.</w:t>
      </w:r>
    </w:p>
    <w:p>
      <w:pPr>
        <w:pStyle w:val="ListBullet"/>
      </w:pPr>
      <w:r>
        <w:t>Express setup, routing, controllers and middleware.</w:t>
      </w:r>
    </w:p>
    <w:p>
      <w:pPr>
        <w:pStyle w:val="ListBullet"/>
      </w:pPr>
      <w:r>
        <w:t>Request params, query params, body handling and REST conventions.</w:t>
      </w:r>
    </w:p>
    <w:p>
      <w:pPr>
        <w:pStyle w:val="ListBullet"/>
      </w:pPr>
      <w:r>
        <w:t>Layered structure using routes, controllers, services, repositories and models.</w:t>
      </w:r>
    </w:p>
    <w:p>
      <w:pPr>
        <w:pStyle w:val="ListBullet"/>
      </w:pPr>
      <w:r>
        <w:t>Validation, exception handling, environment variables and configuration.</w:t>
      </w:r>
    </w:p>
    <w:p>
      <w:r>
        <w:rPr>
          <w:b/>
          <w:color w:val="2F75B5"/>
        </w:rPr>
        <w:t xml:space="preserve">Placement emphasis: </w:t>
      </w:r>
      <w:r>
        <w:t>Students should be able to explain separation of concerns and trace a request through the backend.</w:t>
      </w:r>
    </w:p>
    <w:p>
      <w:pPr>
        <w:pStyle w:val="Heading2"/>
      </w:pPr>
      <w:r>
        <w:t>Module 3: MongoDB &amp; Mongoose - 3 Hours</w:t>
      </w:r>
    </w:p>
    <w:p>
      <w:pPr>
        <w:pStyle w:val="ListBullet"/>
      </w:pPr>
      <w:r>
        <w:t>NoSQL/document database concepts.</w:t>
      </w:r>
    </w:p>
    <w:p>
      <w:pPr>
        <w:pStyle w:val="ListBullet"/>
      </w:pPr>
      <w:r>
        <w:t>MongoDB Atlas and CRUD operations.</w:t>
      </w:r>
    </w:p>
    <w:p>
      <w:pPr>
        <w:pStyle w:val="ListBullet"/>
      </w:pPr>
      <w:r>
        <w:t>Mongoose schemas, models and validations.</w:t>
      </w:r>
    </w:p>
    <w:p>
      <w:pPr>
        <w:pStyle w:val="ListBullet"/>
      </w:pPr>
      <w:r>
        <w:t>References/relationships and query patterns.</w:t>
      </w:r>
    </w:p>
    <w:p>
      <w:pPr>
        <w:pStyle w:val="ListBullet"/>
      </w:pPr>
      <w:r>
        <w:t>Indexing and performance basics.</w:t>
      </w:r>
    </w:p>
    <w:p>
      <w:r>
        <w:rPr>
          <w:b/>
          <w:color w:val="2F75B5"/>
        </w:rPr>
        <w:t xml:space="preserve">Placement emphasis: </w:t>
      </w:r>
      <w:r>
        <w:t>Emphasize schema choices and when MongoDB is a suitable database.</w:t>
      </w:r>
    </w:p>
    <w:p>
      <w:pPr>
        <w:pStyle w:val="Heading2"/>
      </w:pPr>
      <w:r>
        <w:t>Module 4: React Application Development - 6 Hours</w:t>
      </w:r>
    </w:p>
    <w:p>
      <w:pPr>
        <w:pStyle w:val="ListBullet"/>
      </w:pPr>
      <w:r>
        <w:t>Component-based UI and JSX.</w:t>
      </w:r>
    </w:p>
    <w:p>
      <w:pPr>
        <w:pStyle w:val="ListBullet"/>
      </w:pPr>
      <w:r>
        <w:t>Props, state, events and forms.</w:t>
      </w:r>
    </w:p>
    <w:p>
      <w:pPr>
        <w:pStyle w:val="ListBullet"/>
      </w:pPr>
      <w:r>
        <w:t>Hooks: useState and useEffect.</w:t>
      </w:r>
    </w:p>
    <w:p>
      <w:pPr>
        <w:pStyle w:val="ListBullet"/>
      </w:pPr>
      <w:r>
        <w:t>React Router and page/navigation structure.</w:t>
      </w:r>
    </w:p>
    <w:p>
      <w:pPr>
        <w:pStyle w:val="ListBullet"/>
      </w:pPr>
      <w:r>
        <w:t>API integration, loading/error states and reusable component design.</w:t>
      </w:r>
    </w:p>
    <w:p>
      <w:r>
        <w:rPr>
          <w:b/>
          <w:color w:val="2F75B5"/>
        </w:rPr>
        <w:t xml:space="preserve">Placement emphasis: </w:t>
      </w:r>
      <w:r>
        <w:t>Students should explain component flow, state changes and API integration rather than only demonstrate UI.</w:t>
      </w:r>
    </w:p>
    <w:p>
      <w:pPr>
        <w:pStyle w:val="Heading2"/>
      </w:pPr>
      <w:r>
        <w:t>Module 5: Authentication &amp; Application Architecture - 3 Hours</w:t>
      </w:r>
    </w:p>
    <w:p>
      <w:pPr>
        <w:pStyle w:val="ListBullet"/>
      </w:pPr>
      <w:r>
        <w:t>Registration/login workflow.</w:t>
      </w:r>
    </w:p>
    <w:p>
      <w:pPr>
        <w:pStyle w:val="ListBullet"/>
      </w:pPr>
      <w:r>
        <w:t>Password hashing and JWT.</w:t>
      </w:r>
    </w:p>
    <w:p>
      <w:pPr>
        <w:pStyle w:val="ListBullet"/>
      </w:pPr>
      <w:r>
        <w:t>Protected endpoints and role-based authorization.</w:t>
      </w:r>
    </w:p>
    <w:p>
      <w:pPr>
        <w:pStyle w:val="ListBullet"/>
      </w:pPr>
      <w:r>
        <w:t>CORS, input validation, API-key/environment-variable hygiene.</w:t>
      </w:r>
    </w:p>
    <w:p>
      <w:r>
        <w:rPr>
          <w:b/>
          <w:color w:val="2F75B5"/>
        </w:rPr>
        <w:t xml:space="preserve">Placement emphasis: </w:t>
      </w:r>
      <w:r>
        <w:t>Authentication is used to connect frontend, backend, security and database concepts in one interview-ready example.</w:t>
      </w:r>
    </w:p>
    <w:p>
      <w:pPr>
        <w:pStyle w:val="Heading2"/>
      </w:pPr>
      <w:r>
        <w:t>Module 6: GenAI for Full Stack Developers - 5 Hours</w:t>
      </w:r>
    </w:p>
    <w:p>
      <w:pPr>
        <w:pStyle w:val="ListBullet"/>
      </w:pPr>
      <w:r>
        <w:t>LLMs, tokens, context, prompts, hallucinations and structured responses.</w:t>
      </w:r>
    </w:p>
    <w:p>
      <w:pPr>
        <w:pStyle w:val="ListBullet"/>
      </w:pPr>
      <w:r>
        <w:t>Calling an LLM API securely from Node.js.</w:t>
      </w:r>
    </w:p>
    <w:p>
      <w:pPr>
        <w:pStyle w:val="ListBullet"/>
      </w:pPr>
      <w:r>
        <w:t>Prompt templates, JSON outputs, streaming responses and error handling.</w:t>
      </w:r>
    </w:p>
    <w:p>
      <w:pPr>
        <w:pStyle w:val="ListBullet"/>
      </w:pPr>
      <w:r>
        <w:t>AI-assisted requirement analysis, API design, code generation, tests, debugging and documentation.</w:t>
      </w:r>
    </w:p>
    <w:p>
      <w:pPr>
        <w:pStyle w:val="ListBullet"/>
      </w:pPr>
      <w:r>
        <w:t>Validating AI-generated code and identifying insecure or hallucinated suggestions.</w:t>
      </w:r>
    </w:p>
    <w:p>
      <w:r>
        <w:rPr>
          <w:b/>
          <w:color w:val="2F75B5"/>
        </w:rPr>
        <w:t xml:space="preserve">Placement emphasis: </w:t>
      </w:r>
      <w:r>
        <w:t>Position AI as an engineering accelerator, not a substitute for understanding the stack.</w:t>
      </w:r>
    </w:p>
    <w:p>
      <w:pPr>
        <w:pStyle w:val="Heading1"/>
      </w:pPr>
      <w:r>
        <w:t>Project-Based Learning</w:t>
      </w:r>
    </w:p>
    <w:p>
      <w:pPr>
        <w:pStyle w:val="Heading2"/>
      </w:pPr>
      <w:r>
        <w:t>Project 1: Campus Placement Management System - 7 Hours</w:t>
      </w:r>
    </w:p>
    <w:p>
      <w:r>
        <w:t>A conventional full-stack application built with strong emphasis on independent engineering.</w:t>
      </w:r>
    </w:p>
    <w:p>
      <w:pPr>
        <w:pStyle w:val="ListBullet"/>
      </w:pPr>
      <w:r>
        <w:t>Student registration/login and profiles</w:t>
      </w:r>
    </w:p>
    <w:p>
      <w:pPr>
        <w:pStyle w:val="ListBullet"/>
      </w:pPr>
      <w:r>
        <w:t>Company/job listings and applications</w:t>
      </w:r>
    </w:p>
    <w:p>
      <w:pPr>
        <w:pStyle w:val="ListBullet"/>
      </w:pPr>
      <w:r>
        <w:t>Admin dashboard and filters</w:t>
      </w:r>
    </w:p>
    <w:p>
      <w:pPr>
        <w:pStyle w:val="ListBullet"/>
      </w:pPr>
      <w:r>
        <w:t>REST APIs, MongoDB models and validation</w:t>
      </w:r>
    </w:p>
    <w:p>
      <w:pPr>
        <w:pStyle w:val="ListBullet"/>
      </w:pPr>
      <w:r>
        <w:t>Authentication and role-based access</w:t>
      </w:r>
    </w:p>
    <w:p>
      <w:r>
        <w:rPr>
          <w:b/>
        </w:rPr>
        <w:t xml:space="preserve">Why this project matters: </w:t>
      </w:r>
      <w:r>
        <w:t>Proves that the student can build a complete application without depending on generated code.</w:t>
      </w:r>
    </w:p>
    <w:p>
      <w:pPr>
        <w:pStyle w:val="Heading2"/>
      </w:pPr>
      <w:r>
        <w:t>Project 2: AI Placement Assistant - 5 Hours</w:t>
      </w:r>
    </w:p>
    <w:p>
      <w:r>
        <w:t>An AI-enhanced application that adds useful LLM workflows to a conventional MERN architecture.</w:t>
      </w:r>
    </w:p>
    <w:p>
      <w:pPr>
        <w:pStyle w:val="ListBullet"/>
      </w:pPr>
      <w:r>
        <w:t>Resume analysis and job-description matching</w:t>
      </w:r>
    </w:p>
    <w:p>
      <w:pPr>
        <w:pStyle w:val="ListBullet"/>
      </w:pPr>
      <w:r>
        <w:t>Interview question generation</w:t>
      </w:r>
    </w:p>
    <w:p>
      <w:pPr>
        <w:pStyle w:val="ListBullet"/>
      </w:pPr>
      <w:r>
        <w:t>Skill-gap analysis</w:t>
      </w:r>
    </w:p>
    <w:p>
      <w:pPr>
        <w:pStyle w:val="ListBullet"/>
      </w:pPr>
      <w:r>
        <w:t>Career/learning recommendations</w:t>
      </w:r>
    </w:p>
    <w:p>
      <w:pPr>
        <w:pStyle w:val="ListBullet"/>
      </w:pPr>
      <w:r>
        <w:t>AI response validation and secure API integration</w:t>
      </w:r>
    </w:p>
    <w:p>
      <w:r>
        <w:rPr>
          <w:b/>
        </w:rPr>
        <w:t xml:space="preserve">Why this project matters: </w:t>
      </w:r>
      <w:r>
        <w:t>Shows where GenAI belongs inside a normal software product and gives the student a strong placement discussion project.</w:t>
      </w:r>
    </w:p>
    <w:p>
      <w:pPr>
        <w:pStyle w:val="Heading1"/>
      </w:pPr>
      <w:r>
        <w:t>Assessment &amp; Placement Readiness</w:t>
      </w:r>
    </w:p>
    <w:p>
      <w:pPr>
        <w:pStyle w:val="ListBullet"/>
      </w:pPr>
      <w:r>
        <w:t>Module-wise coding/lab checkpoints and short technical quizzes.</w:t>
      </w:r>
    </w:p>
    <w:p>
      <w:pPr>
        <w:pStyle w:val="ListBullet"/>
      </w:pPr>
      <w:r>
        <w:t>GitHub repository review: structure, commits, README, configuration and code quality.</w:t>
      </w:r>
    </w:p>
    <w:p>
      <w:pPr>
        <w:pStyle w:val="ListBullet"/>
      </w:pPr>
      <w:r>
        <w:t>Project demonstration and technical viva focused on architecture, debugging and design choices.</w:t>
      </w:r>
    </w:p>
    <w:p>
      <w:pPr>
        <w:pStyle w:val="ListBullet"/>
      </w:pPr>
      <w:r>
        <w:t>Resume-ready project description and guidance on explaining the project in interviews.</w:t>
      </w:r>
    </w:p>
    <w:p>
      <w:pPr>
        <w:pStyle w:val="ListBullet"/>
      </w:pPr>
      <w:r>
        <w:t>Mock technical questions covering the stack, APIs, database, deployment and GenAI usage.</w:t>
      </w:r>
    </w:p>
    <w:p>
      <w:pPr>
        <w:pStyle w:val="Heading2"/>
      </w:pPr>
      <w:r>
        <w:t>Expected Student Portfolio</w:t>
      </w:r>
    </w:p>
    <w:p>
      <w:pPr>
        <w:pStyle w:val="ListBullet"/>
      </w:pPr>
      <w:r>
        <w:t>Two demonstrable projects</w:t>
      </w:r>
    </w:p>
    <w:p>
      <w:pPr>
        <w:pStyle w:val="ListBullet"/>
      </w:pPr>
      <w:r>
        <w:t>At least one deployed application/workflow</w:t>
      </w:r>
    </w:p>
    <w:p>
      <w:pPr>
        <w:pStyle w:val="ListBullet"/>
      </w:pPr>
      <w:r>
        <w:t>GitHub repositories with professional README files</w:t>
      </w:r>
    </w:p>
    <w:p>
      <w:pPr>
        <w:pStyle w:val="ListBullet"/>
      </w:pPr>
      <w:r>
        <w:t>Architecture explanation and project presentation</w:t>
      </w:r>
    </w:p>
    <w:p>
      <w:pPr>
        <w:pStyle w:val="ListBullet"/>
      </w:pPr>
      <w:r>
        <w:t>Resume-ready project bullets and interview talking points</w:t>
      </w:r>
    </w:p>
    <w:p>
      <w:pPr>
        <w:pStyle w:val="Heading1"/>
      </w:pPr>
      <w:r>
        <w:t>Extension Path: 40 Hours to 100 Hours</w:t>
      </w:r>
    </w:p>
    <w:p>
      <w:r>
        <w:t>The 40-hour version is designed as an intensive placement-oriented core. The same program can be expanded up to 100 hours through deeper labs, advanced concepts, assessments, interview preparation and larger project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Additional Coverage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Programming &amp; problem solving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Additional coding exercises, DSA foundations and interview-style problems.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Framework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architecture, reusable components, security, performance and testing.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Database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queries, indexing, transactions, data modeling and optimization.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GenAI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RAG, embeddings, tool calling, structured outputs, guardrails and evaluation.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Cloud &amp; deployment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Production deployment, CI/CD, observability and environment management.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Project development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Larger capstone, code review cycles, documentation and team collaboration.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Resume review, mock interviews, technical viva, aptitude/coding drills and project presentation.</w:t>
            </w:r>
          </w:p>
        </w:tc>
      </w:tr>
    </w:tbl>
    <w:p>
      <w:pPr>
        <w:pStyle w:val="Heading2"/>
      </w:pPr>
      <w:r>
        <w:t>Delivery Model</w:t>
      </w:r>
    </w:p>
    <w:p>
      <w:pPr>
        <w:pStyle w:val="ListBullet"/>
      </w:pPr>
      <w:r>
        <w:t>Instructor-led concept sessions</w:t>
      </w:r>
    </w:p>
    <w:p>
      <w:pPr>
        <w:pStyle w:val="ListBullet"/>
      </w:pPr>
      <w:r>
        <w:t>Guided hands-on labs</w:t>
      </w:r>
    </w:p>
    <w:p>
      <w:pPr>
        <w:pStyle w:val="ListBullet"/>
      </w:pPr>
      <w:r>
        <w:t>Individual and team project work</w:t>
      </w:r>
    </w:p>
    <w:p>
      <w:pPr>
        <w:pStyle w:val="ListBullet"/>
      </w:pPr>
      <w:r>
        <w:t>Code reviews and debugging clinics</w:t>
      </w:r>
    </w:p>
    <w:p>
      <w:pPr>
        <w:pStyle w:val="ListBullet"/>
      </w:pPr>
      <w:r>
        <w:t>Technical viva and mock interview sessions</w:t>
      </w:r>
    </w:p>
    <w:p>
      <w:pPr>
        <w:pStyle w:val="ListBullet"/>
      </w:pPr>
      <w:r>
        <w:t>Optional college-specific hackathon or capstone showcase</w:t>
      </w:r>
    </w:p>
    <w:p>
      <w:pPr>
        <w:pStyle w:val="Heading1"/>
      </w:pPr>
      <w:r>
        <w:t>Prerequisites</w:t>
      </w:r>
    </w:p>
    <w:p>
      <w:r>
        <w:t>Basic programming and JavaScript familiarity are recommended. HTML/CSS fundamentals are helpful. The extended version can include a pre-bridge module for students who need stronger JavaScript foundations.</w:t>
      </w:r>
    </w:p>
    <w:p>
      <w:r>
        <w:rPr>
          <w:b/>
        </w:rPr>
        <w:t xml:space="preserve">Recommended positioning to students: </w:t>
      </w:r>
      <w:r>
        <w:t>Build software independently first; then learn to use GenAI as an engineering accelerator and as a capability inside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